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B8DA7" w14:textId="751EA1E3" w:rsidR="004211B8" w:rsidRDefault="004211B8" w:rsidP="004211B8">
      <w:pPr>
        <w:jc w:val="center"/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Disruption Event Cards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211B8" w14:paraId="1FA85422" w14:textId="77777777" w:rsidTr="004211B8">
        <w:tc>
          <w:tcPr>
            <w:tcW w:w="8856" w:type="dxa"/>
          </w:tcPr>
          <w:p w14:paraId="32A9C31D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15558415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23EC8722" w14:textId="35AEFE10" w:rsidR="004211B8" w:rsidRDefault="004211B8" w:rsidP="004211B8">
            <w:r>
              <w:rPr>
                <w:rFonts w:ascii="Segoe UI Emoji" w:hAnsi="Segoe UI Emoji" w:cs="Segoe UI Emoji"/>
              </w:rPr>
              <w:t>🌀</w:t>
            </w:r>
            <w:r>
              <w:t>Extreme Weather Event: A sudden drought affects water availability for irrigation.</w:t>
            </w:r>
          </w:p>
          <w:p w14:paraId="3D2BF89F" w14:textId="77777777" w:rsidR="004211B8" w:rsidRDefault="004211B8"/>
          <w:p w14:paraId="022D51D0" w14:textId="77777777" w:rsidR="004211B8" w:rsidRDefault="004211B8"/>
        </w:tc>
      </w:tr>
      <w:tr w:rsidR="004211B8" w14:paraId="644665EB" w14:textId="77777777" w:rsidTr="004211B8">
        <w:tc>
          <w:tcPr>
            <w:tcW w:w="8856" w:type="dxa"/>
          </w:tcPr>
          <w:p w14:paraId="17C548C9" w14:textId="77777777" w:rsidR="004211B8" w:rsidRDefault="004211B8" w:rsidP="004211B8"/>
          <w:p w14:paraId="28D40250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068606CA" w14:textId="39CDD793" w:rsidR="004211B8" w:rsidRDefault="004211B8" w:rsidP="004211B8">
            <w:r>
              <w:rPr>
                <w:rFonts w:ascii="Segoe UI Emoji" w:hAnsi="Segoe UI Emoji" w:cs="Segoe UI Emoji"/>
              </w:rPr>
              <w:t>🌀</w:t>
            </w:r>
            <w:r>
              <w:t xml:space="preserve"> Soil Contamination: Discovery of pollutants in the soil threatens crop safety.</w:t>
            </w:r>
          </w:p>
          <w:p w14:paraId="2879184B" w14:textId="77777777" w:rsidR="004211B8" w:rsidRDefault="004211B8" w:rsidP="004211B8"/>
          <w:p w14:paraId="17B05F58" w14:textId="77777777" w:rsidR="004211B8" w:rsidRDefault="004211B8"/>
        </w:tc>
      </w:tr>
      <w:tr w:rsidR="004211B8" w14:paraId="2FDE4126" w14:textId="77777777" w:rsidTr="004211B8">
        <w:tc>
          <w:tcPr>
            <w:tcW w:w="8856" w:type="dxa"/>
          </w:tcPr>
          <w:p w14:paraId="3208E0B3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4F865434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703FB0FA" w14:textId="19A0F93D" w:rsidR="004211B8" w:rsidRDefault="004211B8" w:rsidP="004211B8">
            <w:r>
              <w:rPr>
                <w:rFonts w:ascii="Segoe UI Emoji" w:hAnsi="Segoe UI Emoji" w:cs="Segoe UI Emoji"/>
              </w:rPr>
              <w:t>🌀</w:t>
            </w:r>
            <w:r>
              <w:t xml:space="preserve"> Pest Mutation: A common pest develops resistance to standard treatments.</w:t>
            </w:r>
          </w:p>
          <w:p w14:paraId="0B28519A" w14:textId="77777777" w:rsidR="004211B8" w:rsidRDefault="004211B8"/>
          <w:p w14:paraId="7BC0D5FD" w14:textId="77777777" w:rsidR="004211B8" w:rsidRDefault="004211B8"/>
        </w:tc>
      </w:tr>
      <w:tr w:rsidR="004211B8" w14:paraId="59E5ABED" w14:textId="77777777" w:rsidTr="004211B8">
        <w:tc>
          <w:tcPr>
            <w:tcW w:w="8856" w:type="dxa"/>
          </w:tcPr>
          <w:p w14:paraId="61292CC8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58B223E9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59F17E97" w14:textId="03A7D565" w:rsidR="004211B8" w:rsidRDefault="004211B8" w:rsidP="004211B8">
            <w:r>
              <w:rPr>
                <w:rFonts w:ascii="Segoe UI Emoji" w:hAnsi="Segoe UI Emoji" w:cs="Segoe UI Emoji"/>
              </w:rPr>
              <w:t>🌀</w:t>
            </w:r>
            <w:r>
              <w:t xml:space="preserve"> Market Shift: Consumers demand non-GMO products, impacting seed choices.</w:t>
            </w:r>
          </w:p>
          <w:p w14:paraId="57E14EBC" w14:textId="77777777" w:rsidR="004211B8" w:rsidRDefault="004211B8"/>
          <w:p w14:paraId="7C761A8E" w14:textId="77777777" w:rsidR="004211B8" w:rsidRDefault="004211B8"/>
        </w:tc>
      </w:tr>
      <w:tr w:rsidR="004211B8" w14:paraId="6436C871" w14:textId="77777777" w:rsidTr="004211B8">
        <w:tc>
          <w:tcPr>
            <w:tcW w:w="8856" w:type="dxa"/>
          </w:tcPr>
          <w:p w14:paraId="196D6FF9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7F95337D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783DEEB4" w14:textId="166D7103" w:rsidR="004211B8" w:rsidRDefault="004211B8" w:rsidP="004211B8">
            <w:r>
              <w:rPr>
                <w:rFonts w:ascii="Segoe UI Emoji" w:hAnsi="Segoe UI Emoji" w:cs="Segoe UI Emoji"/>
              </w:rPr>
              <w:t>🌀</w:t>
            </w:r>
            <w:r>
              <w:t xml:space="preserve"> Regulatory Change: New laws restrict the use of certain fertilizers.</w:t>
            </w:r>
          </w:p>
          <w:p w14:paraId="08F4ACE9" w14:textId="77777777" w:rsidR="004211B8" w:rsidRDefault="004211B8"/>
          <w:p w14:paraId="5B018421" w14:textId="77777777" w:rsidR="004211B8" w:rsidRDefault="004211B8"/>
        </w:tc>
      </w:tr>
      <w:tr w:rsidR="004211B8" w14:paraId="3D3E3FC1" w14:textId="77777777" w:rsidTr="004211B8">
        <w:tc>
          <w:tcPr>
            <w:tcW w:w="8856" w:type="dxa"/>
          </w:tcPr>
          <w:p w14:paraId="6D8364F8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0709A141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3DDA23B6" w14:textId="64C57AEC" w:rsidR="004211B8" w:rsidRDefault="004211B8" w:rsidP="004211B8">
            <w:r>
              <w:rPr>
                <w:rFonts w:ascii="Segoe UI Emoji" w:hAnsi="Segoe UI Emoji" w:cs="Segoe UI Emoji"/>
              </w:rPr>
              <w:t>🌀</w:t>
            </w:r>
            <w:r>
              <w:t xml:space="preserve"> Technology Failure: Digital monitoring systems experience a critical outage.</w:t>
            </w:r>
          </w:p>
          <w:p w14:paraId="097ACDBF" w14:textId="77777777" w:rsidR="004211B8" w:rsidRDefault="004211B8"/>
          <w:p w14:paraId="24B48AD1" w14:textId="77777777" w:rsidR="004211B8" w:rsidRDefault="004211B8"/>
        </w:tc>
      </w:tr>
      <w:tr w:rsidR="004211B8" w14:paraId="26A9DAA3" w14:textId="77777777" w:rsidTr="004211B8">
        <w:tc>
          <w:tcPr>
            <w:tcW w:w="8856" w:type="dxa"/>
          </w:tcPr>
          <w:p w14:paraId="27E19D50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26851869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67779F7F" w14:textId="5B83A4B8" w:rsidR="004211B8" w:rsidRDefault="004211B8" w:rsidP="004211B8">
            <w:r>
              <w:rPr>
                <w:rFonts w:ascii="Segoe UI Emoji" w:hAnsi="Segoe UI Emoji" w:cs="Segoe UI Emoji"/>
              </w:rPr>
              <w:t>🌀</w:t>
            </w:r>
            <w:r>
              <w:t xml:space="preserve"> Labor Shortage: A decrease in available farm</w:t>
            </w:r>
            <w:r w:rsidR="009678DF">
              <w:t xml:space="preserve"> </w:t>
            </w:r>
            <w:r>
              <w:t>workers delays planting schedules.</w:t>
            </w:r>
          </w:p>
          <w:p w14:paraId="1AE4F9FD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3D6D56DB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</w:tc>
      </w:tr>
      <w:tr w:rsidR="004211B8" w14:paraId="41C32790" w14:textId="77777777" w:rsidTr="004211B8">
        <w:tc>
          <w:tcPr>
            <w:tcW w:w="8856" w:type="dxa"/>
          </w:tcPr>
          <w:p w14:paraId="74CD1F11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04656ED2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4D6ABE28" w14:textId="7C2DCEDA" w:rsidR="004211B8" w:rsidRDefault="004211B8" w:rsidP="004211B8">
            <w:r>
              <w:rPr>
                <w:rFonts w:ascii="Segoe UI Emoji" w:hAnsi="Segoe UI Emoji" w:cs="Segoe UI Emoji"/>
              </w:rPr>
              <w:t>🌀</w:t>
            </w:r>
            <w:r>
              <w:t xml:space="preserve"> Supply Chain Disruption: Delays in seed deliveries affect planting timelines.</w:t>
            </w:r>
          </w:p>
          <w:p w14:paraId="6EF5BEF2" w14:textId="77777777" w:rsidR="004211B8" w:rsidRDefault="004211B8" w:rsidP="004211B8">
            <w:pPr>
              <w:rPr>
                <w:rFonts w:ascii="Segoe UI Emoji" w:hAnsi="Segoe UI Emoji" w:cs="Segoe UI Emoji"/>
              </w:rPr>
            </w:pPr>
          </w:p>
          <w:p w14:paraId="7D3A545B" w14:textId="76D18691" w:rsidR="004211B8" w:rsidRDefault="004211B8" w:rsidP="004211B8">
            <w:pPr>
              <w:rPr>
                <w:rFonts w:ascii="Segoe UI Emoji" w:hAnsi="Segoe UI Emoji" w:cs="Segoe UI Emoji"/>
              </w:rPr>
            </w:pPr>
          </w:p>
        </w:tc>
      </w:tr>
    </w:tbl>
    <w:p w14:paraId="4B5B9CCE" w14:textId="77777777" w:rsidR="004211B8" w:rsidRDefault="004211B8"/>
    <w:p w14:paraId="2B6330A3" w14:textId="77777777" w:rsidR="004211B8" w:rsidRDefault="004211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4211B8" w14:paraId="1F8BA7B0" w14:textId="77777777" w:rsidTr="002979A7">
        <w:tc>
          <w:tcPr>
            <w:tcW w:w="8856" w:type="dxa"/>
          </w:tcPr>
          <w:p w14:paraId="4C125712" w14:textId="77777777" w:rsidR="004211B8" w:rsidRDefault="004211B8" w:rsidP="002979A7">
            <w:pPr>
              <w:rPr>
                <w:rFonts w:ascii="Segoe UI Emoji" w:hAnsi="Segoe UI Emoji" w:cs="Segoe UI Emoji"/>
              </w:rPr>
            </w:pPr>
          </w:p>
          <w:p w14:paraId="76A338D5" w14:textId="77777777" w:rsidR="004211B8" w:rsidRDefault="004211B8" w:rsidP="002979A7">
            <w:pPr>
              <w:rPr>
                <w:rFonts w:ascii="Segoe UI Emoji" w:hAnsi="Segoe UI Emoji" w:cs="Segoe UI Emoji"/>
              </w:rPr>
            </w:pPr>
          </w:p>
          <w:p w14:paraId="6EC847C6" w14:textId="77777777" w:rsidR="004211B8" w:rsidRDefault="004211B8" w:rsidP="002979A7">
            <w:r>
              <w:rPr>
                <w:rFonts w:ascii="Segoe UI Emoji" w:hAnsi="Segoe UI Emoji" w:cs="Segoe UI Emoji"/>
              </w:rPr>
              <w:t>🌀</w:t>
            </w:r>
            <w:r>
              <w:t xml:space="preserve"> Disease Outbreak: A new plant disease spreads rapidly across regions.</w:t>
            </w:r>
          </w:p>
          <w:p w14:paraId="712827CA" w14:textId="77777777" w:rsidR="004211B8" w:rsidRDefault="004211B8" w:rsidP="002979A7">
            <w:pPr>
              <w:rPr>
                <w:rFonts w:ascii="Segoe UI Emoji" w:hAnsi="Segoe UI Emoji" w:cs="Segoe UI Emoji"/>
              </w:rPr>
            </w:pPr>
          </w:p>
          <w:p w14:paraId="147675A3" w14:textId="77777777" w:rsidR="004211B8" w:rsidRDefault="004211B8" w:rsidP="002979A7">
            <w:pPr>
              <w:rPr>
                <w:rFonts w:ascii="Segoe UI Emoji" w:hAnsi="Segoe UI Emoji" w:cs="Segoe UI Emoji"/>
              </w:rPr>
            </w:pPr>
          </w:p>
        </w:tc>
      </w:tr>
      <w:tr w:rsidR="004211B8" w14:paraId="22F5BC48" w14:textId="77777777" w:rsidTr="002979A7">
        <w:tc>
          <w:tcPr>
            <w:tcW w:w="8856" w:type="dxa"/>
          </w:tcPr>
          <w:p w14:paraId="7A8811F6" w14:textId="77777777" w:rsidR="004211B8" w:rsidRDefault="004211B8" w:rsidP="002979A7">
            <w:pPr>
              <w:rPr>
                <w:rFonts w:ascii="Segoe UI Emoji" w:hAnsi="Segoe UI Emoji" w:cs="Segoe UI Emoji"/>
              </w:rPr>
            </w:pPr>
          </w:p>
          <w:p w14:paraId="3CAF6682" w14:textId="77777777" w:rsidR="004211B8" w:rsidRDefault="004211B8" w:rsidP="002979A7">
            <w:pPr>
              <w:rPr>
                <w:rFonts w:ascii="Segoe UI Emoji" w:hAnsi="Segoe UI Emoji" w:cs="Segoe UI Emoji"/>
              </w:rPr>
            </w:pPr>
          </w:p>
          <w:p w14:paraId="4BACCAA0" w14:textId="512612E3" w:rsidR="004211B8" w:rsidRDefault="004211B8" w:rsidP="002979A7">
            <w:r>
              <w:rPr>
                <w:rFonts w:ascii="Segoe UI Emoji" w:hAnsi="Segoe UI Emoji" w:cs="Segoe UI Emoji"/>
              </w:rPr>
              <w:t>🌀</w:t>
            </w:r>
            <w:r>
              <w:t xml:space="preserve"> Energy Crisis: Rising energy costs impact greenhouse operations.</w:t>
            </w:r>
          </w:p>
          <w:p w14:paraId="7D271ABD" w14:textId="77777777" w:rsidR="004211B8" w:rsidRDefault="004211B8" w:rsidP="002979A7">
            <w:pPr>
              <w:rPr>
                <w:rFonts w:ascii="Segoe UI Emoji" w:hAnsi="Segoe UI Emoji" w:cs="Segoe UI Emoji"/>
              </w:rPr>
            </w:pPr>
          </w:p>
          <w:p w14:paraId="3EE6451A" w14:textId="77777777" w:rsidR="004211B8" w:rsidRDefault="004211B8" w:rsidP="002979A7">
            <w:pPr>
              <w:rPr>
                <w:rFonts w:ascii="Segoe UI Emoji" w:hAnsi="Segoe UI Emoji" w:cs="Segoe UI Emoji"/>
              </w:rPr>
            </w:pPr>
          </w:p>
        </w:tc>
      </w:tr>
    </w:tbl>
    <w:p w14:paraId="39AF4EBB" w14:textId="77777777" w:rsidR="004211B8" w:rsidRDefault="004211B8"/>
    <w:p w14:paraId="2A4967F4" w14:textId="762C28CF" w:rsidR="001051BB" w:rsidRDefault="001051BB"/>
    <w:sectPr w:rsidR="001051B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8101946">
    <w:abstractNumId w:val="8"/>
  </w:num>
  <w:num w:numId="2" w16cid:durableId="480582452">
    <w:abstractNumId w:val="6"/>
  </w:num>
  <w:num w:numId="3" w16cid:durableId="189268222">
    <w:abstractNumId w:val="5"/>
  </w:num>
  <w:num w:numId="4" w16cid:durableId="1701936767">
    <w:abstractNumId w:val="4"/>
  </w:num>
  <w:num w:numId="5" w16cid:durableId="818545368">
    <w:abstractNumId w:val="7"/>
  </w:num>
  <w:num w:numId="6" w16cid:durableId="618874762">
    <w:abstractNumId w:val="3"/>
  </w:num>
  <w:num w:numId="7" w16cid:durableId="266043048">
    <w:abstractNumId w:val="2"/>
  </w:num>
  <w:num w:numId="8" w16cid:durableId="158037915">
    <w:abstractNumId w:val="1"/>
  </w:num>
  <w:num w:numId="9" w16cid:durableId="2085447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51BB"/>
    <w:rsid w:val="0015074B"/>
    <w:rsid w:val="0029639D"/>
    <w:rsid w:val="00326F90"/>
    <w:rsid w:val="004211B8"/>
    <w:rsid w:val="009678DF"/>
    <w:rsid w:val="00976B78"/>
    <w:rsid w:val="00AA1D8D"/>
    <w:rsid w:val="00AB38CB"/>
    <w:rsid w:val="00B47730"/>
    <w:rsid w:val="00C00053"/>
    <w:rsid w:val="00CB0664"/>
    <w:rsid w:val="00E4599E"/>
    <w:rsid w:val="00F1467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90E01B"/>
  <w14:defaultImageDpi w14:val="300"/>
  <w15:docId w15:val="{76D790A9-FBC4-4766-BEEF-3C1CC987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9678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Pastir, Breanna</cp:lastModifiedBy>
  <cp:revision>4</cp:revision>
  <dcterms:created xsi:type="dcterms:W3CDTF">2025-04-25T20:32:00Z</dcterms:created>
  <dcterms:modified xsi:type="dcterms:W3CDTF">2025-07-08T15:32:00Z</dcterms:modified>
  <cp:category/>
</cp:coreProperties>
</file>