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1B20" w14:textId="605784CC" w:rsidR="007509E7" w:rsidRPr="000D301B" w:rsidRDefault="00000000" w:rsidP="000D301B">
      <w:pPr>
        <w:pStyle w:val="Title"/>
        <w:jc w:val="center"/>
        <w:rPr>
          <w:rFonts w:ascii="Montserrat" w:hAnsi="Montserrat"/>
          <w:b/>
          <w:bCs/>
          <w:color w:val="auto"/>
          <w:sz w:val="40"/>
          <w:szCs w:val="40"/>
        </w:rPr>
      </w:pPr>
      <w:r w:rsidRPr="00F02B46">
        <w:rPr>
          <w:rFonts w:ascii="Montserrat" w:hAnsi="Montserrat"/>
          <w:b/>
          <w:bCs/>
          <w:color w:val="auto"/>
          <w:sz w:val="40"/>
          <w:szCs w:val="40"/>
        </w:rPr>
        <w:t>Electricity 101</w:t>
      </w:r>
      <w:r w:rsidR="000B7400">
        <w:rPr>
          <w:rFonts w:ascii="Montserrat" w:hAnsi="Montserrat"/>
          <w:b/>
          <w:bCs/>
          <w:color w:val="auto"/>
          <w:sz w:val="40"/>
          <w:szCs w:val="40"/>
        </w:rPr>
        <w:t>:</w:t>
      </w:r>
      <w:r w:rsidRPr="00F02B46">
        <w:rPr>
          <w:rFonts w:ascii="Montserrat" w:hAnsi="Montserrat"/>
          <w:b/>
          <w:bCs/>
          <w:color w:val="auto"/>
          <w:sz w:val="40"/>
          <w:szCs w:val="40"/>
        </w:rPr>
        <w:t xml:space="preserve"> </w:t>
      </w:r>
      <w:r w:rsidR="00F02B46" w:rsidRPr="00F02B46">
        <w:rPr>
          <w:rFonts w:ascii="Montserrat" w:hAnsi="Montserrat"/>
          <w:b/>
          <w:bCs/>
          <w:color w:val="auto"/>
          <w:sz w:val="40"/>
          <w:szCs w:val="40"/>
        </w:rPr>
        <w:t>Card Sort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3027"/>
        <w:gridCol w:w="2813"/>
      </w:tblGrid>
      <w:tr w:rsidR="007509E7" w14:paraId="076AD6EF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198D8407" w14:textId="5D3E6E19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Fuse</w:t>
            </w:r>
          </w:p>
        </w:tc>
        <w:tc>
          <w:tcPr>
            <w:tcW w:w="2877" w:type="dxa"/>
            <w:vAlign w:val="center"/>
          </w:tcPr>
          <w:p w14:paraId="650EBE35" w14:textId="3F1299F0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Multimeter</w:t>
            </w:r>
          </w:p>
        </w:tc>
        <w:tc>
          <w:tcPr>
            <w:tcW w:w="2877" w:type="dxa"/>
            <w:vAlign w:val="center"/>
          </w:tcPr>
          <w:p w14:paraId="01A3E3E7" w14:textId="47A85265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Surge Protector</w:t>
            </w:r>
          </w:p>
        </w:tc>
      </w:tr>
      <w:tr w:rsidR="007509E7" w14:paraId="015E3FF6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10F91D54" w14:textId="0462CC26" w:rsidR="000D301B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Power Strip</w:t>
            </w:r>
          </w:p>
          <w:p w14:paraId="28C44347" w14:textId="77777777" w:rsidR="000D301B" w:rsidRPr="00DB7B7F" w:rsidRDefault="000D301B" w:rsidP="00B11B66">
            <w:pPr>
              <w:jc w:val="center"/>
              <w:rPr>
                <w:rFonts w:ascii="Montserrat" w:hAnsi="Montserrat"/>
                <w:sz w:val="48"/>
                <w:szCs w:val="48"/>
              </w:rPr>
            </w:pPr>
          </w:p>
        </w:tc>
        <w:tc>
          <w:tcPr>
            <w:tcW w:w="2877" w:type="dxa"/>
            <w:vAlign w:val="center"/>
          </w:tcPr>
          <w:p w14:paraId="0C55BF78" w14:textId="144AB3F8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Switch</w:t>
            </w:r>
          </w:p>
        </w:tc>
        <w:tc>
          <w:tcPr>
            <w:tcW w:w="2877" w:type="dxa"/>
            <w:vAlign w:val="center"/>
          </w:tcPr>
          <w:p w14:paraId="509F110F" w14:textId="10E6E16D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Generator</w:t>
            </w:r>
          </w:p>
        </w:tc>
      </w:tr>
      <w:tr w:rsidR="007509E7" w14:paraId="1E1BC4B9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17C87186" w14:textId="57D79C9C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Circuit Breaker</w:t>
            </w:r>
          </w:p>
        </w:tc>
        <w:tc>
          <w:tcPr>
            <w:tcW w:w="2877" w:type="dxa"/>
            <w:vAlign w:val="center"/>
          </w:tcPr>
          <w:p w14:paraId="7FB7DB26" w14:textId="52887404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Electric Fence Controller</w:t>
            </w:r>
          </w:p>
        </w:tc>
        <w:tc>
          <w:tcPr>
            <w:tcW w:w="2877" w:type="dxa"/>
            <w:vAlign w:val="center"/>
          </w:tcPr>
          <w:p w14:paraId="4B5F325C" w14:textId="1F6DCE1A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Toaster</w:t>
            </w:r>
          </w:p>
        </w:tc>
      </w:tr>
      <w:tr w:rsidR="007509E7" w14:paraId="02DCEF56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2A56A3C2" w14:textId="05A000BD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Fan</w:t>
            </w:r>
          </w:p>
        </w:tc>
        <w:tc>
          <w:tcPr>
            <w:tcW w:w="2877" w:type="dxa"/>
            <w:vAlign w:val="center"/>
          </w:tcPr>
          <w:p w14:paraId="58D505F1" w14:textId="664913FF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Light Bulb</w:t>
            </w:r>
          </w:p>
        </w:tc>
        <w:tc>
          <w:tcPr>
            <w:tcW w:w="2877" w:type="dxa"/>
            <w:vAlign w:val="center"/>
          </w:tcPr>
          <w:p w14:paraId="7F51DECA" w14:textId="1C910677" w:rsidR="007509E7" w:rsidRPr="00DB7B7F" w:rsidRDefault="007509E7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Phone Charger Cable</w:t>
            </w:r>
          </w:p>
        </w:tc>
      </w:tr>
      <w:tr w:rsidR="000D301B" w14:paraId="659D8ABB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0FA8DE81" w14:textId="02B1BB22" w:rsidR="000D301B" w:rsidRPr="00DB7B7F" w:rsidRDefault="000D301B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Extension Cord</w:t>
            </w:r>
          </w:p>
        </w:tc>
        <w:tc>
          <w:tcPr>
            <w:tcW w:w="2877" w:type="dxa"/>
            <w:vAlign w:val="center"/>
          </w:tcPr>
          <w:p w14:paraId="5C6CB78E" w14:textId="71FAED4B" w:rsidR="000D301B" w:rsidRPr="00DB7B7F" w:rsidRDefault="000D301B" w:rsidP="00DB7B7F">
            <w:pPr>
              <w:jc w:val="center"/>
              <w:rPr>
                <w:rFonts w:ascii="Montserrat" w:hAnsi="Montserrat"/>
                <w:b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Wire</w:t>
            </w:r>
          </w:p>
        </w:tc>
        <w:tc>
          <w:tcPr>
            <w:tcW w:w="2877" w:type="dxa"/>
            <w:vAlign w:val="center"/>
          </w:tcPr>
          <w:p w14:paraId="51CAA15F" w14:textId="51E90BEA" w:rsidR="000D301B" w:rsidRPr="00DB7B7F" w:rsidRDefault="000D301B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Electrical Outlet</w:t>
            </w:r>
          </w:p>
        </w:tc>
      </w:tr>
      <w:tr w:rsidR="000D301B" w14:paraId="6EC71A05" w14:textId="77777777" w:rsidTr="00B11B66">
        <w:trPr>
          <w:trHeight w:val="1872"/>
        </w:trPr>
        <w:tc>
          <w:tcPr>
            <w:tcW w:w="2876" w:type="dxa"/>
            <w:vAlign w:val="center"/>
          </w:tcPr>
          <w:p w14:paraId="48DBED5E" w14:textId="747AFF20" w:rsidR="000D301B" w:rsidRPr="00DB7B7F" w:rsidRDefault="000D301B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Solar Panel</w:t>
            </w:r>
          </w:p>
        </w:tc>
        <w:tc>
          <w:tcPr>
            <w:tcW w:w="2877" w:type="dxa"/>
            <w:vAlign w:val="center"/>
          </w:tcPr>
          <w:p w14:paraId="382E102E" w14:textId="2D9A56C7" w:rsidR="000D301B" w:rsidRPr="00DB7B7F" w:rsidRDefault="000D301B" w:rsidP="00DB7B7F">
            <w:pPr>
              <w:jc w:val="center"/>
              <w:rPr>
                <w:rFonts w:ascii="Montserrat" w:hAnsi="Montserrat"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Battery</w:t>
            </w:r>
          </w:p>
        </w:tc>
        <w:tc>
          <w:tcPr>
            <w:tcW w:w="2877" w:type="dxa"/>
            <w:vAlign w:val="center"/>
          </w:tcPr>
          <w:p w14:paraId="5A2F972A" w14:textId="641FDC37" w:rsidR="000D301B" w:rsidRPr="00DB7B7F" w:rsidRDefault="00A2557E" w:rsidP="00DB7B7F">
            <w:pPr>
              <w:jc w:val="center"/>
              <w:rPr>
                <w:rFonts w:ascii="Montserrat" w:hAnsi="Montserrat"/>
                <w:b/>
                <w:sz w:val="48"/>
                <w:szCs w:val="48"/>
              </w:rPr>
            </w:pPr>
            <w:r w:rsidRPr="00DB7B7F">
              <w:rPr>
                <w:rFonts w:ascii="Montserrat" w:hAnsi="Montserrat"/>
                <w:b/>
                <w:sz w:val="48"/>
                <w:szCs w:val="48"/>
              </w:rPr>
              <w:t>Wind Turbine</w:t>
            </w:r>
          </w:p>
        </w:tc>
      </w:tr>
    </w:tbl>
    <w:p w14:paraId="4F006C50" w14:textId="090340DD" w:rsidR="00AD5B0E" w:rsidRDefault="00AD5B0E">
      <w:pPr>
        <w:rPr>
          <w:rFonts w:ascii="Montserrat" w:hAnsi="Montserrat"/>
        </w:rPr>
      </w:pPr>
    </w:p>
    <w:p w14:paraId="529056A9" w14:textId="1456AA35" w:rsidR="00F34F3F" w:rsidRPr="003725B0" w:rsidRDefault="003725B0" w:rsidP="00F34F3F">
      <w:pPr>
        <w:jc w:val="center"/>
        <w:rPr>
          <w:rFonts w:ascii="Montserrat" w:hAnsi="Montserrat"/>
          <w:b/>
          <w:bCs/>
          <w:sz w:val="40"/>
          <w:szCs w:val="40"/>
        </w:rPr>
      </w:pPr>
      <w:r w:rsidRPr="003725B0">
        <w:rPr>
          <w:rFonts w:ascii="Montserrat" w:hAnsi="Montserrat"/>
          <w:b/>
          <w:bCs/>
          <w:sz w:val="40"/>
          <w:szCs w:val="40"/>
        </w:rPr>
        <w:lastRenderedPageBreak/>
        <w:t>Category Header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E573F" w:rsidRPr="00F02B46" w14:paraId="18491CA0" w14:textId="77777777" w:rsidTr="005E0B9B">
        <w:tc>
          <w:tcPr>
            <w:tcW w:w="2876" w:type="dxa"/>
          </w:tcPr>
          <w:p w14:paraId="4BD002A1" w14:textId="77777777" w:rsidR="003725B0" w:rsidRDefault="003725B0" w:rsidP="005E0B9B">
            <w:pPr>
              <w:jc w:val="center"/>
              <w:rPr>
                <w:rFonts w:ascii="Montserrat" w:hAnsi="Montserrat"/>
                <w:b/>
                <w:sz w:val="48"/>
              </w:rPr>
            </w:pPr>
          </w:p>
          <w:p w14:paraId="46B5B58E" w14:textId="5BCC6874" w:rsidR="00DE573F" w:rsidRPr="00F02B46" w:rsidRDefault="00DE573F" w:rsidP="005E0B9B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sz w:val="48"/>
              </w:rPr>
              <w:t>Source</w:t>
            </w:r>
          </w:p>
          <w:p w14:paraId="4402D9E2" w14:textId="77777777" w:rsidR="00DE573F" w:rsidRPr="00F02B46" w:rsidRDefault="00DE573F" w:rsidP="005E0B9B">
            <w:pPr>
              <w:jc w:val="center"/>
              <w:rPr>
                <w:rFonts w:ascii="Montserrat" w:hAnsi="Montserrat"/>
                <w:b/>
                <w:sz w:val="48"/>
              </w:rPr>
            </w:pPr>
          </w:p>
        </w:tc>
        <w:tc>
          <w:tcPr>
            <w:tcW w:w="2877" w:type="dxa"/>
          </w:tcPr>
          <w:p w14:paraId="0D6989EB" w14:textId="77777777" w:rsidR="003725B0" w:rsidRDefault="003725B0" w:rsidP="005E0B9B">
            <w:pPr>
              <w:jc w:val="center"/>
              <w:rPr>
                <w:rFonts w:ascii="Montserrat" w:hAnsi="Montserrat"/>
                <w:b/>
                <w:sz w:val="48"/>
              </w:rPr>
            </w:pPr>
          </w:p>
          <w:p w14:paraId="3C6D9003" w14:textId="0601C830" w:rsidR="00DE573F" w:rsidRPr="00F02B46" w:rsidRDefault="00DE573F" w:rsidP="005E0B9B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sz w:val="48"/>
              </w:rPr>
              <w:t>Path</w:t>
            </w:r>
          </w:p>
          <w:p w14:paraId="523AA5EB" w14:textId="77777777" w:rsidR="00DE573F" w:rsidRDefault="00DE573F" w:rsidP="005E0B9B">
            <w:pPr>
              <w:jc w:val="center"/>
              <w:rPr>
                <w:rFonts w:ascii="Montserrat" w:hAnsi="Montserrat"/>
                <w:b/>
                <w:sz w:val="40"/>
                <w:szCs w:val="40"/>
              </w:rPr>
            </w:pPr>
          </w:p>
        </w:tc>
        <w:tc>
          <w:tcPr>
            <w:tcW w:w="2877" w:type="dxa"/>
          </w:tcPr>
          <w:p w14:paraId="445266F9" w14:textId="77777777" w:rsidR="003725B0" w:rsidRDefault="003725B0" w:rsidP="005E0B9B">
            <w:pPr>
              <w:jc w:val="center"/>
              <w:rPr>
                <w:rFonts w:ascii="Montserrat" w:hAnsi="Montserrat"/>
                <w:b/>
                <w:sz w:val="48"/>
              </w:rPr>
            </w:pPr>
          </w:p>
          <w:p w14:paraId="2EFC189D" w14:textId="24DCC3DB" w:rsidR="00DE573F" w:rsidRPr="00F02B46" w:rsidRDefault="00DE573F" w:rsidP="005E0B9B">
            <w:pPr>
              <w:jc w:val="center"/>
              <w:rPr>
                <w:rFonts w:ascii="Montserrat" w:hAnsi="Montserrat"/>
                <w:b/>
                <w:sz w:val="48"/>
              </w:rPr>
            </w:pPr>
            <w:r>
              <w:rPr>
                <w:rFonts w:ascii="Montserrat" w:hAnsi="Montserrat"/>
                <w:b/>
                <w:sz w:val="48"/>
              </w:rPr>
              <w:t>Load</w:t>
            </w:r>
          </w:p>
        </w:tc>
      </w:tr>
    </w:tbl>
    <w:p w14:paraId="4F4C8C78" w14:textId="77777777" w:rsidR="00DE573F" w:rsidRPr="00F02B46" w:rsidRDefault="00DE573F" w:rsidP="00F34F3F">
      <w:pPr>
        <w:jc w:val="center"/>
        <w:rPr>
          <w:rFonts w:ascii="Montserrat" w:hAnsi="Montserrat"/>
        </w:rPr>
      </w:pPr>
    </w:p>
    <w:sectPr w:rsidR="00DE573F" w:rsidRPr="00F02B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3342711">
    <w:abstractNumId w:val="8"/>
  </w:num>
  <w:num w:numId="2" w16cid:durableId="1835149496">
    <w:abstractNumId w:val="6"/>
  </w:num>
  <w:num w:numId="3" w16cid:durableId="1838615453">
    <w:abstractNumId w:val="5"/>
  </w:num>
  <w:num w:numId="4" w16cid:durableId="2052224327">
    <w:abstractNumId w:val="4"/>
  </w:num>
  <w:num w:numId="5" w16cid:durableId="1829051662">
    <w:abstractNumId w:val="7"/>
  </w:num>
  <w:num w:numId="6" w16cid:durableId="1605116071">
    <w:abstractNumId w:val="3"/>
  </w:num>
  <w:num w:numId="7" w16cid:durableId="1190071443">
    <w:abstractNumId w:val="2"/>
  </w:num>
  <w:num w:numId="8" w16cid:durableId="982155135">
    <w:abstractNumId w:val="1"/>
  </w:num>
  <w:num w:numId="9" w16cid:durableId="33765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400"/>
    <w:rsid w:val="000D301B"/>
    <w:rsid w:val="0015074B"/>
    <w:rsid w:val="00266CE4"/>
    <w:rsid w:val="0029639D"/>
    <w:rsid w:val="00326F90"/>
    <w:rsid w:val="003725B0"/>
    <w:rsid w:val="007509E7"/>
    <w:rsid w:val="00946D6A"/>
    <w:rsid w:val="00A2557E"/>
    <w:rsid w:val="00A27974"/>
    <w:rsid w:val="00AA1D8D"/>
    <w:rsid w:val="00AC4F26"/>
    <w:rsid w:val="00AD5B0E"/>
    <w:rsid w:val="00B11B66"/>
    <w:rsid w:val="00B47730"/>
    <w:rsid w:val="00C76C14"/>
    <w:rsid w:val="00CB0664"/>
    <w:rsid w:val="00DB7B7F"/>
    <w:rsid w:val="00DE573F"/>
    <w:rsid w:val="00F02B46"/>
    <w:rsid w:val="00F34F3F"/>
    <w:rsid w:val="00F744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FECD9"/>
  <w14:defaultImageDpi w14:val="300"/>
  <w15:docId w15:val="{C2D8EEC1-7385-4D00-895B-D0539D7E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DB7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Haley Hampton</cp:lastModifiedBy>
  <cp:revision>13</cp:revision>
  <dcterms:created xsi:type="dcterms:W3CDTF">2025-06-09T16:36:00Z</dcterms:created>
  <dcterms:modified xsi:type="dcterms:W3CDTF">2025-12-17T02:25:00Z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9acaaca8-dcd6-429d-a8a7-86c6e402d8fa</vt:lpwstr>
  </property>
</Properties>
</file>