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996D" w14:textId="0A8DD959" w:rsidR="009362D3" w:rsidRDefault="009362D3" w:rsidP="009362D3">
      <w:pPr>
        <w:jc w:val="center"/>
        <w:rPr>
          <w:rFonts w:ascii="Montserrat" w:hAnsi="Montserrat"/>
          <w:b/>
          <w:bCs/>
          <w:sz w:val="18"/>
          <w:szCs w:val="18"/>
        </w:rPr>
      </w:pPr>
      <w:r w:rsidRPr="00187608">
        <w:rPr>
          <w:rFonts w:ascii="Montserrat" w:hAnsi="Montserrat"/>
          <w:b/>
          <w:bCs/>
          <w:sz w:val="18"/>
          <w:szCs w:val="18"/>
        </w:rPr>
        <w:t xml:space="preserve">Mission Briefing </w:t>
      </w:r>
      <w:r>
        <w:rPr>
          <w:rFonts w:ascii="Montserrat" w:hAnsi="Montserrat"/>
          <w:b/>
          <w:bCs/>
          <w:sz w:val="18"/>
          <w:szCs w:val="18"/>
        </w:rPr>
        <w:t>Cards</w:t>
      </w:r>
    </w:p>
    <w:p w14:paraId="2055B7ED" w14:textId="77777777" w:rsidR="009362D3" w:rsidRPr="00187608" w:rsidRDefault="009362D3" w:rsidP="009362D3">
      <w:pPr>
        <w:jc w:val="center"/>
        <w:rPr>
          <w:rFonts w:ascii="Montserrat" w:hAnsi="Montserrat"/>
          <w:sz w:val="18"/>
          <w:szCs w:val="18"/>
        </w:rPr>
      </w:pPr>
      <w:r w:rsidRPr="00187608">
        <w:rPr>
          <w:rFonts w:ascii="Montserrat" w:hAnsi="Montserrat"/>
          <w:sz w:val="18"/>
          <w:szCs w:val="18"/>
        </w:rPr>
        <w:t xml:space="preserve">**Print one per group and place it in an envelope for each group to receive </w:t>
      </w:r>
    </w:p>
    <w:p w14:paraId="4E65F993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Agronomist</w:t>
      </w:r>
    </w:p>
    <w:p w14:paraId="392458CA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Make a plan to help crops survive crazy weather like droughts or floods.</w:t>
      </w:r>
    </w:p>
    <w:p w14:paraId="426F15CC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Find smart ways to help plants stay strong even when the weather changes a lot.</w:t>
      </w:r>
    </w:p>
    <w:p w14:paraId="3AA419D6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Montserrat" w:hAnsi="Montserrat"/>
          <w:sz w:val="18"/>
          <w:szCs w:val="18"/>
        </w:rPr>
        <w:t>--------------------------------------------------</w:t>
      </w:r>
    </w:p>
    <w:p w14:paraId="448001B5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Soil Scientist</w:t>
      </w:r>
    </w:p>
    <w:p w14:paraId="7DCE43DB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Help fix farmland where the soil is tired and not growing good crops anymore.</w:t>
      </w:r>
    </w:p>
    <w:p w14:paraId="6D0E3738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Come up with ways to make the soil healthy again and help plants grow better.</w:t>
      </w:r>
    </w:p>
    <w:p w14:paraId="5569598D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Montserrat" w:hAnsi="Montserrat"/>
          <w:sz w:val="18"/>
          <w:szCs w:val="18"/>
        </w:rPr>
        <w:t>--------------------------------------------------</w:t>
      </w:r>
    </w:p>
    <w:p w14:paraId="459D59F4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Digital Farming Specialist</w:t>
      </w:r>
    </w:p>
    <w:p w14:paraId="4090B66A" w14:textId="35A1E930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Use computers and technology to help a farm use water, fertilizer and seeds more wisely.</w:t>
      </w:r>
    </w:p>
    <w:p w14:paraId="0AB2D302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Show how tech tools can save resources and help farmers grow more food.</w:t>
      </w:r>
    </w:p>
    <w:p w14:paraId="0955A6AE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Montserrat" w:hAnsi="Montserrat"/>
          <w:sz w:val="18"/>
          <w:szCs w:val="18"/>
        </w:rPr>
        <w:t>--------------------------------------------------</w:t>
      </w:r>
    </w:p>
    <w:p w14:paraId="35E82878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Crop Protection Manager</w:t>
      </w:r>
    </w:p>
    <w:p w14:paraId="26655378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Stop a growing pest problem caused by warmer weather.</w:t>
      </w:r>
    </w:p>
    <w:p w14:paraId="183FEE33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Find safe ways to protect crops without using too many chemicals.</w:t>
      </w:r>
    </w:p>
    <w:p w14:paraId="67A1D891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Montserrat" w:hAnsi="Montserrat"/>
          <w:sz w:val="18"/>
          <w:szCs w:val="18"/>
        </w:rPr>
        <w:t>--------------------------------------------------</w:t>
      </w:r>
    </w:p>
    <w:p w14:paraId="46FE1BCD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Seed Production Manager</w:t>
      </w:r>
    </w:p>
    <w:p w14:paraId="1D7D5B3F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Make sure seeds are strong and healthy, even as more people want new kinds of crops.</w:t>
      </w:r>
    </w:p>
    <w:p w14:paraId="6D223635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Check and improve seed quality so farmers get great results.</w:t>
      </w:r>
    </w:p>
    <w:p w14:paraId="5486838B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Montserrat" w:hAnsi="Montserrat"/>
          <w:sz w:val="18"/>
          <w:szCs w:val="18"/>
        </w:rPr>
        <w:t>--------------------------------------------------</w:t>
      </w:r>
    </w:p>
    <w:p w14:paraId="477141BD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Greenhouse Technician</w:t>
      </w:r>
    </w:p>
    <w:p w14:paraId="5EF3CC1F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Find ways to save energy while growing healthy plants inside greenhouses.</w:t>
      </w:r>
    </w:p>
    <w:p w14:paraId="49EAA0A5" w14:textId="6D3D34B5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Use less energy without hurting the plants</w:t>
      </w:r>
      <w:r w:rsidR="0040014F">
        <w:rPr>
          <w:rFonts w:ascii="Montserrat" w:hAnsi="Montserrat"/>
          <w:sz w:val="18"/>
          <w:szCs w:val="18"/>
        </w:rPr>
        <w:t>’</w:t>
      </w:r>
      <w:r w:rsidRPr="009362D3">
        <w:rPr>
          <w:rFonts w:ascii="Montserrat" w:hAnsi="Montserrat"/>
          <w:sz w:val="18"/>
          <w:szCs w:val="18"/>
        </w:rPr>
        <w:t xml:space="preserve"> growth.</w:t>
      </w:r>
    </w:p>
    <w:p w14:paraId="4921BC8C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Montserrat" w:hAnsi="Montserrat"/>
          <w:sz w:val="18"/>
          <w:szCs w:val="18"/>
        </w:rPr>
        <w:t>--------------------------------------------------</w:t>
      </w:r>
    </w:p>
    <w:p w14:paraId="2E4B2233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Sustainability Officer</w:t>
      </w:r>
    </w:p>
    <w:p w14:paraId="136BC21E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Help farms grow different types of crops instead of just one, to protect the environment.</w:t>
      </w:r>
    </w:p>
    <w:p w14:paraId="2802A63B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Create plans that bring more plant and animal life back to farms.</w:t>
      </w:r>
    </w:p>
    <w:p w14:paraId="08AFFB28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Montserrat" w:hAnsi="Montserrat"/>
          <w:sz w:val="18"/>
          <w:szCs w:val="18"/>
        </w:rPr>
        <w:lastRenderedPageBreak/>
        <w:t>--------------------------------------------------</w:t>
      </w:r>
    </w:p>
    <w:p w14:paraId="6242D936" w14:textId="77777777" w:rsidR="0076453E" w:rsidRPr="009362D3" w:rsidRDefault="009362D3">
      <w:pPr>
        <w:pStyle w:val="Heading2"/>
        <w:rPr>
          <w:rFonts w:ascii="Montserrat" w:hAnsi="Montserrat"/>
          <w:color w:val="auto"/>
          <w:sz w:val="18"/>
          <w:szCs w:val="18"/>
        </w:rPr>
      </w:pPr>
      <w:r w:rsidRPr="009362D3">
        <w:rPr>
          <w:rFonts w:ascii="Montserrat" w:hAnsi="Montserrat"/>
          <w:color w:val="auto"/>
          <w:sz w:val="18"/>
          <w:szCs w:val="18"/>
        </w:rPr>
        <w:t>Market Analyst</w:t>
      </w:r>
    </w:p>
    <w:p w14:paraId="3993E8D9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📝</w:t>
      </w:r>
      <w:r w:rsidRPr="009362D3">
        <w:rPr>
          <w:rFonts w:ascii="Montserrat" w:hAnsi="Montserrat"/>
          <w:sz w:val="18"/>
          <w:szCs w:val="18"/>
        </w:rPr>
        <w:t xml:space="preserve"> Mission: Study what shoppers want, especially people asking for food grown in earth-friendly ways.</w:t>
      </w:r>
    </w:p>
    <w:p w14:paraId="7A58ACD0" w14:textId="77777777" w:rsidR="0076453E" w:rsidRPr="009362D3" w:rsidRDefault="009362D3">
      <w:pPr>
        <w:rPr>
          <w:rFonts w:ascii="Montserrat" w:hAnsi="Montserrat"/>
          <w:sz w:val="18"/>
          <w:szCs w:val="18"/>
        </w:rPr>
      </w:pPr>
      <w:r w:rsidRPr="009362D3">
        <w:rPr>
          <w:rFonts w:ascii="Segoe UI Emoji" w:hAnsi="Segoe UI Emoji" w:cs="Segoe UI Emoji"/>
          <w:sz w:val="18"/>
          <w:szCs w:val="18"/>
        </w:rPr>
        <w:t>🎯</w:t>
      </w:r>
      <w:r w:rsidRPr="009362D3">
        <w:rPr>
          <w:rFonts w:ascii="Montserrat" w:hAnsi="Montserrat"/>
          <w:sz w:val="18"/>
          <w:szCs w:val="18"/>
        </w:rPr>
        <w:t xml:space="preserve"> Objective: Help farmers change how they grow food to match what customers are asking for.</w:t>
      </w:r>
    </w:p>
    <w:sectPr w:rsidR="0076453E" w:rsidRPr="009362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1720186">
    <w:abstractNumId w:val="8"/>
  </w:num>
  <w:num w:numId="2" w16cid:durableId="1016692702">
    <w:abstractNumId w:val="6"/>
  </w:num>
  <w:num w:numId="3" w16cid:durableId="1452166100">
    <w:abstractNumId w:val="5"/>
  </w:num>
  <w:num w:numId="4" w16cid:durableId="1253053711">
    <w:abstractNumId w:val="4"/>
  </w:num>
  <w:num w:numId="5" w16cid:durableId="244147097">
    <w:abstractNumId w:val="7"/>
  </w:num>
  <w:num w:numId="6" w16cid:durableId="701058543">
    <w:abstractNumId w:val="3"/>
  </w:num>
  <w:num w:numId="7" w16cid:durableId="683677418">
    <w:abstractNumId w:val="2"/>
  </w:num>
  <w:num w:numId="8" w16cid:durableId="1128469206">
    <w:abstractNumId w:val="1"/>
  </w:num>
  <w:num w:numId="9" w16cid:durableId="1477649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014F"/>
    <w:rsid w:val="0076453E"/>
    <w:rsid w:val="009362D3"/>
    <w:rsid w:val="00A0347E"/>
    <w:rsid w:val="00A67484"/>
    <w:rsid w:val="00AA1D8D"/>
    <w:rsid w:val="00AB38CB"/>
    <w:rsid w:val="00B47730"/>
    <w:rsid w:val="00CB0664"/>
    <w:rsid w:val="00E4599E"/>
    <w:rsid w:val="00EB27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548D95"/>
  <w14:defaultImageDpi w14:val="300"/>
  <w15:docId w15:val="{76D790A9-FBC4-4766-BEEF-3C1CC987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A674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Pastir, Breanna</cp:lastModifiedBy>
  <cp:revision>5</cp:revision>
  <dcterms:created xsi:type="dcterms:W3CDTF">2025-04-25T20:37:00Z</dcterms:created>
  <dcterms:modified xsi:type="dcterms:W3CDTF">2025-07-08T15:32:00Z</dcterms:modified>
  <cp:category/>
</cp:coreProperties>
</file>