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5E269" w14:textId="24414168" w:rsidR="006C7484" w:rsidRPr="006C7484" w:rsidRDefault="006C7484" w:rsidP="006C7484">
      <w:pPr>
        <w:jc w:val="center"/>
        <w:rPr>
          <w:rFonts w:ascii="Montserrat" w:hAnsi="Montserrat"/>
          <w:b/>
          <w:bCs/>
          <w:sz w:val="18"/>
          <w:szCs w:val="18"/>
        </w:rPr>
      </w:pPr>
      <w:r w:rsidRPr="006C7484">
        <w:rPr>
          <w:rFonts w:ascii="Montserrat" w:hAnsi="Montserrat"/>
          <w:b/>
          <w:bCs/>
          <w:sz w:val="18"/>
          <w:szCs w:val="18"/>
        </w:rPr>
        <w:t xml:space="preserve">Plant Breeding Trait Cards </w:t>
      </w:r>
    </w:p>
    <w:p w14:paraId="65234E7A" w14:textId="04CEBB58" w:rsidR="00DE4E90" w:rsidRPr="006C7484" w:rsidRDefault="006C7484">
      <w:pPr>
        <w:rPr>
          <w:rFonts w:ascii="Montserrat" w:hAnsi="Montserrat"/>
          <w:sz w:val="18"/>
          <w:szCs w:val="18"/>
        </w:rPr>
      </w:pPr>
      <w:r w:rsidRPr="006C7484">
        <w:rPr>
          <w:rFonts w:ascii="Montserrat" w:hAnsi="Montserrat"/>
          <w:sz w:val="18"/>
          <w:szCs w:val="18"/>
        </w:rPr>
        <w:t>Cut out each card. Use them for trait selection during the plant breeding activity.</w:t>
      </w:r>
      <w:r w:rsidRPr="006C7484">
        <w:rPr>
          <w:rFonts w:ascii="Montserrat" w:hAnsi="Montserrat"/>
          <w:sz w:val="18"/>
          <w:szCs w:val="18"/>
        </w:rPr>
        <w:br/>
      </w:r>
    </w:p>
    <w:p w14:paraId="168690D0" w14:textId="77777777" w:rsidR="00DE4E90" w:rsidRPr="006C7484" w:rsidRDefault="006C7484">
      <w:pPr>
        <w:rPr>
          <w:rFonts w:ascii="Montserrat" w:hAnsi="Montserrat"/>
          <w:sz w:val="18"/>
          <w:szCs w:val="18"/>
        </w:rPr>
      </w:pPr>
      <w:r w:rsidRPr="006C7484">
        <w:rPr>
          <w:rFonts w:ascii="Montserrat" w:hAnsi="Montserrat"/>
          <w:sz w:val="18"/>
          <w:szCs w:val="18"/>
        </w:rPr>
        <w:t>--------------------------------------------------</w:t>
      </w:r>
    </w:p>
    <w:p w14:paraId="436E4405" w14:textId="44DA8396" w:rsidR="00DE4E90" w:rsidRPr="006C7484" w:rsidRDefault="006C7484">
      <w:pPr>
        <w:pStyle w:val="ListBullet"/>
        <w:rPr>
          <w:rFonts w:ascii="Montserrat" w:hAnsi="Montserrat"/>
          <w:sz w:val="18"/>
          <w:szCs w:val="18"/>
        </w:rPr>
      </w:pPr>
      <w:r w:rsidRPr="006C7484">
        <w:rPr>
          <w:rFonts w:ascii="Segoe UI Emoji" w:hAnsi="Segoe UI Emoji" w:cs="Segoe UI Emoji"/>
          <w:sz w:val="18"/>
          <w:szCs w:val="18"/>
        </w:rPr>
        <w:t>🌱</w:t>
      </w:r>
      <w:r w:rsidRPr="006C7484">
        <w:rPr>
          <w:rFonts w:ascii="Montserrat" w:hAnsi="Montserrat"/>
          <w:sz w:val="18"/>
          <w:szCs w:val="18"/>
        </w:rPr>
        <w:t xml:space="preserve"> Trait: Drought Tolerance</w:t>
      </w:r>
      <w:r w:rsidR="0063543E">
        <w:rPr>
          <w:rFonts w:ascii="Montserrat" w:hAnsi="Montserrat"/>
          <w:sz w:val="18"/>
          <w:szCs w:val="18"/>
        </w:rPr>
        <w:t xml:space="preserve">- Dominant </w:t>
      </w:r>
    </w:p>
    <w:p w14:paraId="78344017" w14:textId="40E486C2" w:rsidR="00DE4E90" w:rsidRPr="006C7484" w:rsidRDefault="006C7484">
      <w:pPr>
        <w:rPr>
          <w:rFonts w:ascii="Montserrat" w:hAnsi="Montserrat"/>
          <w:sz w:val="18"/>
          <w:szCs w:val="18"/>
        </w:rPr>
      </w:pPr>
      <w:r w:rsidRPr="006C7484">
        <w:rPr>
          <w:rFonts w:ascii="Montserrat" w:hAnsi="Montserrat"/>
          <w:sz w:val="18"/>
          <w:szCs w:val="18"/>
        </w:rPr>
        <w:t>Description: Can survive and grow with little water</w:t>
      </w:r>
    </w:p>
    <w:p w14:paraId="078BAF1D" w14:textId="77777777" w:rsidR="00DE4E90" w:rsidRPr="006C7484" w:rsidRDefault="00DE4E90">
      <w:pPr>
        <w:rPr>
          <w:rFonts w:ascii="Montserrat" w:hAnsi="Montserrat"/>
          <w:sz w:val="18"/>
          <w:szCs w:val="18"/>
        </w:rPr>
      </w:pPr>
    </w:p>
    <w:p w14:paraId="14C9AFA6" w14:textId="77777777" w:rsidR="00DE4E90" w:rsidRPr="006C7484" w:rsidRDefault="006C7484">
      <w:pPr>
        <w:rPr>
          <w:rFonts w:ascii="Montserrat" w:hAnsi="Montserrat"/>
          <w:sz w:val="18"/>
          <w:szCs w:val="18"/>
        </w:rPr>
      </w:pPr>
      <w:r w:rsidRPr="006C7484">
        <w:rPr>
          <w:rFonts w:ascii="Montserrat" w:hAnsi="Montserrat"/>
          <w:sz w:val="18"/>
          <w:szCs w:val="18"/>
        </w:rPr>
        <w:t>--------------------------------------------------</w:t>
      </w:r>
    </w:p>
    <w:p w14:paraId="18642B0E" w14:textId="580A7164" w:rsidR="00DE4E90" w:rsidRPr="006C7484" w:rsidRDefault="006C7484">
      <w:pPr>
        <w:pStyle w:val="ListBullet"/>
        <w:rPr>
          <w:rFonts w:ascii="Montserrat" w:hAnsi="Montserrat"/>
          <w:sz w:val="18"/>
          <w:szCs w:val="18"/>
        </w:rPr>
      </w:pPr>
      <w:r w:rsidRPr="006C7484">
        <w:rPr>
          <w:rFonts w:ascii="Segoe UI Emoji" w:hAnsi="Segoe UI Emoji" w:cs="Segoe UI Emoji"/>
          <w:sz w:val="18"/>
          <w:szCs w:val="18"/>
        </w:rPr>
        <w:t>🌱</w:t>
      </w:r>
      <w:r w:rsidRPr="006C7484">
        <w:rPr>
          <w:rFonts w:ascii="Montserrat" w:hAnsi="Montserrat"/>
          <w:sz w:val="18"/>
          <w:szCs w:val="18"/>
        </w:rPr>
        <w:t xml:space="preserve"> Trait: Pest Resistance</w:t>
      </w:r>
      <w:r w:rsidR="0063543E">
        <w:rPr>
          <w:rFonts w:ascii="Montserrat" w:hAnsi="Montserrat"/>
          <w:sz w:val="18"/>
          <w:szCs w:val="18"/>
        </w:rPr>
        <w:t>- Recessive</w:t>
      </w:r>
    </w:p>
    <w:p w14:paraId="55D470F5" w14:textId="1A129838" w:rsidR="00DE4E90" w:rsidRPr="006C7484" w:rsidRDefault="006C7484">
      <w:pPr>
        <w:rPr>
          <w:rFonts w:ascii="Montserrat" w:hAnsi="Montserrat"/>
          <w:sz w:val="18"/>
          <w:szCs w:val="18"/>
        </w:rPr>
      </w:pPr>
      <w:r w:rsidRPr="006C7484">
        <w:rPr>
          <w:rFonts w:ascii="Montserrat" w:hAnsi="Montserrat"/>
          <w:sz w:val="18"/>
          <w:szCs w:val="18"/>
        </w:rPr>
        <w:t>Description: Naturally resists insects and pests</w:t>
      </w:r>
    </w:p>
    <w:p w14:paraId="51FE3BAC" w14:textId="77777777" w:rsidR="00DE4E90" w:rsidRPr="006C7484" w:rsidRDefault="00DE4E90">
      <w:pPr>
        <w:rPr>
          <w:rFonts w:ascii="Montserrat" w:hAnsi="Montserrat"/>
          <w:sz w:val="18"/>
          <w:szCs w:val="18"/>
        </w:rPr>
      </w:pPr>
    </w:p>
    <w:p w14:paraId="21441911" w14:textId="77777777" w:rsidR="00DE4E90" w:rsidRPr="006C7484" w:rsidRDefault="006C7484">
      <w:pPr>
        <w:rPr>
          <w:rFonts w:ascii="Montserrat" w:hAnsi="Montserrat"/>
          <w:sz w:val="18"/>
          <w:szCs w:val="18"/>
        </w:rPr>
      </w:pPr>
      <w:r w:rsidRPr="006C7484">
        <w:rPr>
          <w:rFonts w:ascii="Montserrat" w:hAnsi="Montserrat"/>
          <w:sz w:val="18"/>
          <w:szCs w:val="18"/>
        </w:rPr>
        <w:t>--------------------------------------------------</w:t>
      </w:r>
    </w:p>
    <w:p w14:paraId="4C826403" w14:textId="2DA129CB" w:rsidR="00DE4E90" w:rsidRPr="006C7484" w:rsidRDefault="006C7484">
      <w:pPr>
        <w:pStyle w:val="ListBullet"/>
        <w:rPr>
          <w:rFonts w:ascii="Montserrat" w:hAnsi="Montserrat"/>
          <w:sz w:val="18"/>
          <w:szCs w:val="18"/>
        </w:rPr>
      </w:pPr>
      <w:r w:rsidRPr="006C7484">
        <w:rPr>
          <w:rFonts w:ascii="Segoe UI Emoji" w:hAnsi="Segoe UI Emoji" w:cs="Segoe UI Emoji"/>
          <w:sz w:val="18"/>
          <w:szCs w:val="18"/>
        </w:rPr>
        <w:t>🌱</w:t>
      </w:r>
      <w:r w:rsidRPr="006C7484">
        <w:rPr>
          <w:rFonts w:ascii="Montserrat" w:hAnsi="Montserrat"/>
          <w:sz w:val="18"/>
          <w:szCs w:val="18"/>
        </w:rPr>
        <w:t xml:space="preserve"> Trait: High Yield</w:t>
      </w:r>
      <w:r w:rsidR="0063543E">
        <w:rPr>
          <w:rFonts w:ascii="Montserrat" w:hAnsi="Montserrat"/>
          <w:sz w:val="18"/>
          <w:szCs w:val="18"/>
        </w:rPr>
        <w:t xml:space="preserve">- Dominant </w:t>
      </w:r>
    </w:p>
    <w:p w14:paraId="4143A1D4" w14:textId="56666AB8" w:rsidR="00DE4E90" w:rsidRPr="006C7484" w:rsidRDefault="006C7484">
      <w:pPr>
        <w:rPr>
          <w:rFonts w:ascii="Montserrat" w:hAnsi="Montserrat"/>
          <w:sz w:val="18"/>
          <w:szCs w:val="18"/>
        </w:rPr>
      </w:pPr>
      <w:r w:rsidRPr="006C7484">
        <w:rPr>
          <w:rFonts w:ascii="Montserrat" w:hAnsi="Montserrat"/>
          <w:sz w:val="18"/>
          <w:szCs w:val="18"/>
        </w:rPr>
        <w:t>Description: Produces a large amount of crops per plant</w:t>
      </w:r>
    </w:p>
    <w:p w14:paraId="5AA41A94" w14:textId="77777777" w:rsidR="00DE4E90" w:rsidRPr="006C7484" w:rsidRDefault="00DE4E90">
      <w:pPr>
        <w:rPr>
          <w:rFonts w:ascii="Montserrat" w:hAnsi="Montserrat"/>
          <w:sz w:val="18"/>
          <w:szCs w:val="18"/>
        </w:rPr>
      </w:pPr>
    </w:p>
    <w:p w14:paraId="649C946D" w14:textId="77777777" w:rsidR="00DE4E90" w:rsidRPr="006C7484" w:rsidRDefault="006C7484">
      <w:pPr>
        <w:rPr>
          <w:rFonts w:ascii="Montserrat" w:hAnsi="Montserrat"/>
          <w:sz w:val="18"/>
          <w:szCs w:val="18"/>
        </w:rPr>
      </w:pPr>
      <w:r w:rsidRPr="006C7484">
        <w:rPr>
          <w:rFonts w:ascii="Montserrat" w:hAnsi="Montserrat"/>
          <w:sz w:val="18"/>
          <w:szCs w:val="18"/>
        </w:rPr>
        <w:t>--------------------------------------------------</w:t>
      </w:r>
    </w:p>
    <w:p w14:paraId="65F712AE" w14:textId="30E3063F" w:rsidR="00DE4E90" w:rsidRPr="006C7484" w:rsidRDefault="006C7484">
      <w:pPr>
        <w:pStyle w:val="ListBullet"/>
        <w:rPr>
          <w:rFonts w:ascii="Montserrat" w:hAnsi="Montserrat"/>
          <w:sz w:val="18"/>
          <w:szCs w:val="18"/>
        </w:rPr>
      </w:pPr>
      <w:r w:rsidRPr="006C7484">
        <w:rPr>
          <w:rFonts w:ascii="Segoe UI Emoji" w:hAnsi="Segoe UI Emoji" w:cs="Segoe UI Emoji"/>
          <w:sz w:val="18"/>
          <w:szCs w:val="18"/>
        </w:rPr>
        <w:t>🌱</w:t>
      </w:r>
      <w:r w:rsidRPr="006C7484">
        <w:rPr>
          <w:rFonts w:ascii="Montserrat" w:hAnsi="Montserrat"/>
          <w:sz w:val="18"/>
          <w:szCs w:val="18"/>
        </w:rPr>
        <w:t xml:space="preserve"> Trait: Fast Growth</w:t>
      </w:r>
      <w:r w:rsidR="0063543E">
        <w:rPr>
          <w:rFonts w:ascii="Montserrat" w:hAnsi="Montserrat"/>
          <w:sz w:val="18"/>
          <w:szCs w:val="18"/>
        </w:rPr>
        <w:t xml:space="preserve">- Recessive </w:t>
      </w:r>
    </w:p>
    <w:p w14:paraId="52948B6E" w14:textId="3218EE89" w:rsidR="00DE4E90" w:rsidRPr="006C7484" w:rsidRDefault="006C7484">
      <w:pPr>
        <w:rPr>
          <w:rFonts w:ascii="Montserrat" w:hAnsi="Montserrat"/>
          <w:sz w:val="18"/>
          <w:szCs w:val="18"/>
        </w:rPr>
      </w:pPr>
      <w:r w:rsidRPr="006C7484">
        <w:rPr>
          <w:rFonts w:ascii="Montserrat" w:hAnsi="Montserrat"/>
          <w:sz w:val="18"/>
          <w:szCs w:val="18"/>
        </w:rPr>
        <w:t>Description: Reaches maturity quickly</w:t>
      </w:r>
    </w:p>
    <w:p w14:paraId="27B5DC38" w14:textId="77777777" w:rsidR="00DE4E90" w:rsidRPr="006C7484" w:rsidRDefault="00DE4E90">
      <w:pPr>
        <w:rPr>
          <w:rFonts w:ascii="Montserrat" w:hAnsi="Montserrat"/>
          <w:sz w:val="18"/>
          <w:szCs w:val="18"/>
        </w:rPr>
      </w:pPr>
    </w:p>
    <w:p w14:paraId="06CE2158" w14:textId="77777777" w:rsidR="00DE4E90" w:rsidRPr="006C7484" w:rsidRDefault="006C7484">
      <w:pPr>
        <w:rPr>
          <w:rFonts w:ascii="Montserrat" w:hAnsi="Montserrat"/>
          <w:sz w:val="18"/>
          <w:szCs w:val="18"/>
        </w:rPr>
      </w:pPr>
      <w:r w:rsidRPr="006C7484">
        <w:rPr>
          <w:rFonts w:ascii="Montserrat" w:hAnsi="Montserrat"/>
          <w:sz w:val="18"/>
          <w:szCs w:val="18"/>
        </w:rPr>
        <w:t>--------------------------------------------------</w:t>
      </w:r>
    </w:p>
    <w:p w14:paraId="2CE1EE02" w14:textId="2BF50939" w:rsidR="00DE4E90" w:rsidRPr="006C7484" w:rsidRDefault="006C7484">
      <w:pPr>
        <w:pStyle w:val="ListBullet"/>
        <w:rPr>
          <w:rFonts w:ascii="Montserrat" w:hAnsi="Montserrat"/>
          <w:sz w:val="18"/>
          <w:szCs w:val="18"/>
        </w:rPr>
      </w:pPr>
      <w:r w:rsidRPr="006C7484">
        <w:rPr>
          <w:rFonts w:ascii="Segoe UI Emoji" w:hAnsi="Segoe UI Emoji" w:cs="Segoe UI Emoji"/>
          <w:sz w:val="18"/>
          <w:szCs w:val="18"/>
        </w:rPr>
        <w:t>🌱</w:t>
      </w:r>
      <w:r w:rsidRPr="006C7484">
        <w:rPr>
          <w:rFonts w:ascii="Montserrat" w:hAnsi="Montserrat"/>
          <w:sz w:val="18"/>
          <w:szCs w:val="18"/>
        </w:rPr>
        <w:t xml:space="preserve"> Trait: Disease Resistance</w:t>
      </w:r>
      <w:r w:rsidR="0063543E">
        <w:rPr>
          <w:rFonts w:ascii="Montserrat" w:hAnsi="Montserrat"/>
          <w:sz w:val="18"/>
          <w:szCs w:val="18"/>
        </w:rPr>
        <w:t xml:space="preserve">- Dominant </w:t>
      </w:r>
    </w:p>
    <w:p w14:paraId="72748FAD" w14:textId="0183C182" w:rsidR="00DE4E90" w:rsidRPr="006C7484" w:rsidRDefault="006C7484">
      <w:pPr>
        <w:rPr>
          <w:rFonts w:ascii="Montserrat" w:hAnsi="Montserrat"/>
          <w:sz w:val="18"/>
          <w:szCs w:val="18"/>
        </w:rPr>
      </w:pPr>
      <w:r w:rsidRPr="006C7484">
        <w:rPr>
          <w:rFonts w:ascii="Montserrat" w:hAnsi="Montserrat"/>
          <w:sz w:val="18"/>
          <w:szCs w:val="18"/>
        </w:rPr>
        <w:t>Description: Less likely to get plant diseases</w:t>
      </w:r>
    </w:p>
    <w:p w14:paraId="7CB8CE97" w14:textId="77777777" w:rsidR="00DE4E90" w:rsidRPr="006C7484" w:rsidRDefault="00DE4E90">
      <w:pPr>
        <w:rPr>
          <w:rFonts w:ascii="Montserrat" w:hAnsi="Montserrat"/>
          <w:sz w:val="18"/>
          <w:szCs w:val="18"/>
        </w:rPr>
      </w:pPr>
    </w:p>
    <w:p w14:paraId="58DA62AD" w14:textId="77777777" w:rsidR="00DE4E90" w:rsidRPr="006C7484" w:rsidRDefault="006C7484">
      <w:pPr>
        <w:rPr>
          <w:rFonts w:ascii="Montserrat" w:hAnsi="Montserrat"/>
          <w:sz w:val="18"/>
          <w:szCs w:val="18"/>
        </w:rPr>
      </w:pPr>
      <w:r w:rsidRPr="006C7484">
        <w:rPr>
          <w:rFonts w:ascii="Montserrat" w:hAnsi="Montserrat"/>
          <w:sz w:val="18"/>
          <w:szCs w:val="18"/>
        </w:rPr>
        <w:t>--------------------------------------------------</w:t>
      </w:r>
    </w:p>
    <w:p w14:paraId="4D086F5F" w14:textId="1D793F1F" w:rsidR="00DE4E90" w:rsidRPr="006C7484" w:rsidRDefault="006C7484">
      <w:pPr>
        <w:pStyle w:val="ListBullet"/>
        <w:rPr>
          <w:rFonts w:ascii="Montserrat" w:hAnsi="Montserrat"/>
          <w:sz w:val="18"/>
          <w:szCs w:val="18"/>
        </w:rPr>
      </w:pPr>
      <w:r w:rsidRPr="006C7484">
        <w:rPr>
          <w:rFonts w:ascii="Segoe UI Emoji" w:hAnsi="Segoe UI Emoji" w:cs="Segoe UI Emoji"/>
          <w:sz w:val="18"/>
          <w:szCs w:val="18"/>
        </w:rPr>
        <w:t>🌱</w:t>
      </w:r>
      <w:r w:rsidRPr="006C7484">
        <w:rPr>
          <w:rFonts w:ascii="Montserrat" w:hAnsi="Montserrat"/>
          <w:sz w:val="18"/>
          <w:szCs w:val="18"/>
        </w:rPr>
        <w:t xml:space="preserve"> Trait: Cold Tolerance</w:t>
      </w:r>
      <w:r w:rsidR="0063543E">
        <w:rPr>
          <w:rFonts w:ascii="Montserrat" w:hAnsi="Montserrat"/>
          <w:sz w:val="18"/>
          <w:szCs w:val="18"/>
        </w:rPr>
        <w:t xml:space="preserve">- Recessive </w:t>
      </w:r>
    </w:p>
    <w:p w14:paraId="57A57843" w14:textId="36A3537F" w:rsidR="00DE4E90" w:rsidRPr="006C7484" w:rsidRDefault="006C7484">
      <w:pPr>
        <w:rPr>
          <w:rFonts w:ascii="Montserrat" w:hAnsi="Montserrat"/>
          <w:sz w:val="18"/>
          <w:szCs w:val="18"/>
        </w:rPr>
      </w:pPr>
      <w:r w:rsidRPr="006C7484">
        <w:rPr>
          <w:rFonts w:ascii="Montserrat" w:hAnsi="Montserrat"/>
          <w:sz w:val="18"/>
          <w:szCs w:val="18"/>
        </w:rPr>
        <w:t>Description: Survives and grows in colder temperatures</w:t>
      </w:r>
    </w:p>
    <w:p w14:paraId="020379A3" w14:textId="77777777" w:rsidR="00DE4E90" w:rsidRPr="006C7484" w:rsidRDefault="00DE4E90">
      <w:pPr>
        <w:rPr>
          <w:rFonts w:ascii="Montserrat" w:hAnsi="Montserrat"/>
          <w:sz w:val="18"/>
          <w:szCs w:val="18"/>
        </w:rPr>
      </w:pPr>
    </w:p>
    <w:p w14:paraId="5A5E06C7" w14:textId="77777777" w:rsidR="00DE4E90" w:rsidRDefault="006C7484">
      <w:pPr>
        <w:rPr>
          <w:rFonts w:ascii="Montserrat" w:hAnsi="Montserrat"/>
          <w:sz w:val="18"/>
          <w:szCs w:val="18"/>
        </w:rPr>
      </w:pPr>
      <w:r w:rsidRPr="006C7484">
        <w:rPr>
          <w:rFonts w:ascii="Montserrat" w:hAnsi="Montserrat"/>
          <w:sz w:val="18"/>
          <w:szCs w:val="18"/>
        </w:rPr>
        <w:t>--------------------------------------------------</w:t>
      </w:r>
    </w:p>
    <w:p w14:paraId="1911DAB8" w14:textId="77777777" w:rsidR="006C7484" w:rsidRPr="006C7484" w:rsidRDefault="006C7484">
      <w:pPr>
        <w:rPr>
          <w:rFonts w:ascii="Montserrat" w:hAnsi="Montserrat"/>
          <w:sz w:val="18"/>
          <w:szCs w:val="18"/>
        </w:rPr>
      </w:pPr>
    </w:p>
    <w:p w14:paraId="6436F2B5" w14:textId="4739DA10" w:rsidR="00DE4E90" w:rsidRPr="006C7484" w:rsidRDefault="006C7484">
      <w:pPr>
        <w:pStyle w:val="ListBullet"/>
        <w:rPr>
          <w:rFonts w:ascii="Montserrat" w:hAnsi="Montserrat"/>
          <w:sz w:val="18"/>
          <w:szCs w:val="18"/>
        </w:rPr>
      </w:pPr>
      <w:r w:rsidRPr="006C7484">
        <w:rPr>
          <w:rFonts w:ascii="Segoe UI Emoji" w:hAnsi="Segoe UI Emoji" w:cs="Segoe UI Emoji"/>
          <w:sz w:val="18"/>
          <w:szCs w:val="18"/>
        </w:rPr>
        <w:lastRenderedPageBreak/>
        <w:t>🌱</w:t>
      </w:r>
      <w:r w:rsidRPr="006C7484">
        <w:rPr>
          <w:rFonts w:ascii="Montserrat" w:hAnsi="Montserrat"/>
          <w:sz w:val="18"/>
          <w:szCs w:val="18"/>
        </w:rPr>
        <w:t xml:space="preserve"> Trait: High Nutrient Value</w:t>
      </w:r>
      <w:r w:rsidR="0063543E">
        <w:rPr>
          <w:rFonts w:ascii="Montserrat" w:hAnsi="Montserrat"/>
          <w:sz w:val="18"/>
          <w:szCs w:val="18"/>
        </w:rPr>
        <w:t xml:space="preserve">- Dominant </w:t>
      </w:r>
    </w:p>
    <w:p w14:paraId="2B0A089C" w14:textId="32C6FC9D" w:rsidR="00DE4E90" w:rsidRPr="006C7484" w:rsidRDefault="006C7484">
      <w:pPr>
        <w:rPr>
          <w:rFonts w:ascii="Montserrat" w:hAnsi="Montserrat"/>
          <w:sz w:val="18"/>
          <w:szCs w:val="18"/>
        </w:rPr>
      </w:pPr>
      <w:r w:rsidRPr="006C7484">
        <w:rPr>
          <w:rFonts w:ascii="Montserrat" w:hAnsi="Montserrat"/>
          <w:sz w:val="18"/>
          <w:szCs w:val="18"/>
        </w:rPr>
        <w:t>Description: Provides more vitamins and minerals per serving</w:t>
      </w:r>
    </w:p>
    <w:p w14:paraId="3AF91001" w14:textId="77777777" w:rsidR="00DE4E90" w:rsidRPr="006C7484" w:rsidRDefault="00DE4E90">
      <w:pPr>
        <w:rPr>
          <w:rFonts w:ascii="Montserrat" w:hAnsi="Montserrat"/>
          <w:sz w:val="18"/>
          <w:szCs w:val="18"/>
        </w:rPr>
      </w:pPr>
    </w:p>
    <w:p w14:paraId="7FE7CD34" w14:textId="77777777" w:rsidR="00DE4E90" w:rsidRPr="006C7484" w:rsidRDefault="006C7484">
      <w:pPr>
        <w:rPr>
          <w:rFonts w:ascii="Montserrat" w:hAnsi="Montserrat"/>
          <w:sz w:val="18"/>
          <w:szCs w:val="18"/>
        </w:rPr>
      </w:pPr>
      <w:r w:rsidRPr="006C7484">
        <w:rPr>
          <w:rFonts w:ascii="Montserrat" w:hAnsi="Montserrat"/>
          <w:sz w:val="18"/>
          <w:szCs w:val="18"/>
        </w:rPr>
        <w:t>--------------------------------------------------</w:t>
      </w:r>
    </w:p>
    <w:p w14:paraId="7AB831BB" w14:textId="017E0784" w:rsidR="00DE4E90" w:rsidRPr="006C7484" w:rsidRDefault="006C7484">
      <w:pPr>
        <w:pStyle w:val="ListBullet"/>
        <w:rPr>
          <w:rFonts w:ascii="Montserrat" w:hAnsi="Montserrat"/>
          <w:sz w:val="18"/>
          <w:szCs w:val="18"/>
        </w:rPr>
      </w:pPr>
      <w:r w:rsidRPr="006C7484">
        <w:rPr>
          <w:rFonts w:ascii="Segoe UI Emoji" w:hAnsi="Segoe UI Emoji" w:cs="Segoe UI Emoji"/>
          <w:sz w:val="18"/>
          <w:szCs w:val="18"/>
        </w:rPr>
        <w:t>🌱</w:t>
      </w:r>
      <w:r w:rsidRPr="006C7484">
        <w:rPr>
          <w:rFonts w:ascii="Montserrat" w:hAnsi="Montserrat"/>
          <w:sz w:val="18"/>
          <w:szCs w:val="18"/>
        </w:rPr>
        <w:t xml:space="preserve"> Trait: Strong Root System</w:t>
      </w:r>
      <w:r w:rsidR="0063543E">
        <w:rPr>
          <w:rFonts w:ascii="Montserrat" w:hAnsi="Montserrat"/>
          <w:sz w:val="18"/>
          <w:szCs w:val="18"/>
        </w:rPr>
        <w:t xml:space="preserve">- Recessive </w:t>
      </w:r>
    </w:p>
    <w:p w14:paraId="0758DE3B" w14:textId="16D5F14C" w:rsidR="00DE4E90" w:rsidRPr="006C7484" w:rsidRDefault="006C7484">
      <w:pPr>
        <w:rPr>
          <w:rFonts w:ascii="Montserrat" w:hAnsi="Montserrat"/>
          <w:sz w:val="18"/>
          <w:szCs w:val="18"/>
        </w:rPr>
      </w:pPr>
      <w:r w:rsidRPr="006C7484">
        <w:rPr>
          <w:rFonts w:ascii="Montserrat" w:hAnsi="Montserrat"/>
          <w:sz w:val="18"/>
          <w:szCs w:val="18"/>
        </w:rPr>
        <w:t xml:space="preserve">Description: Anchors the plant and </w:t>
      </w:r>
      <w:proofErr w:type="gramStart"/>
      <w:r w:rsidRPr="006C7484">
        <w:rPr>
          <w:rFonts w:ascii="Montserrat" w:hAnsi="Montserrat"/>
          <w:sz w:val="18"/>
          <w:szCs w:val="18"/>
        </w:rPr>
        <w:t>absorbs</w:t>
      </w:r>
      <w:proofErr w:type="gramEnd"/>
      <w:r w:rsidRPr="006C7484">
        <w:rPr>
          <w:rFonts w:ascii="Montserrat" w:hAnsi="Montserrat"/>
          <w:sz w:val="18"/>
          <w:szCs w:val="18"/>
        </w:rPr>
        <w:t xml:space="preserve"> nutrients efficiently</w:t>
      </w:r>
    </w:p>
    <w:p w14:paraId="77522451" w14:textId="77777777" w:rsidR="00DE4E90" w:rsidRPr="006C7484" w:rsidRDefault="00DE4E90">
      <w:pPr>
        <w:rPr>
          <w:rFonts w:ascii="Montserrat" w:hAnsi="Montserrat"/>
          <w:sz w:val="18"/>
          <w:szCs w:val="18"/>
        </w:rPr>
      </w:pPr>
    </w:p>
    <w:p w14:paraId="2548420C" w14:textId="77777777" w:rsidR="00DE4E90" w:rsidRPr="006C7484" w:rsidRDefault="006C7484">
      <w:pPr>
        <w:rPr>
          <w:rFonts w:ascii="Montserrat" w:hAnsi="Montserrat"/>
          <w:sz w:val="18"/>
          <w:szCs w:val="18"/>
        </w:rPr>
      </w:pPr>
      <w:r w:rsidRPr="006C7484">
        <w:rPr>
          <w:rFonts w:ascii="Montserrat" w:hAnsi="Montserrat"/>
          <w:sz w:val="18"/>
          <w:szCs w:val="18"/>
        </w:rPr>
        <w:t>--------------------------------------------------</w:t>
      </w:r>
    </w:p>
    <w:p w14:paraId="601A7B55" w14:textId="548D99DA" w:rsidR="00DE4E90" w:rsidRPr="006C7484" w:rsidRDefault="006C7484">
      <w:pPr>
        <w:pStyle w:val="ListBullet"/>
        <w:rPr>
          <w:rFonts w:ascii="Montserrat" w:hAnsi="Montserrat"/>
          <w:sz w:val="18"/>
          <w:szCs w:val="18"/>
        </w:rPr>
      </w:pPr>
      <w:r w:rsidRPr="006C7484">
        <w:rPr>
          <w:rFonts w:ascii="Segoe UI Emoji" w:hAnsi="Segoe UI Emoji" w:cs="Segoe UI Emoji"/>
          <w:sz w:val="18"/>
          <w:szCs w:val="18"/>
        </w:rPr>
        <w:t>🌱</w:t>
      </w:r>
      <w:r w:rsidRPr="006C7484">
        <w:rPr>
          <w:rFonts w:ascii="Montserrat" w:hAnsi="Montserrat"/>
          <w:sz w:val="18"/>
          <w:szCs w:val="18"/>
        </w:rPr>
        <w:t xml:space="preserve"> Trait: Salt Tolerance</w:t>
      </w:r>
      <w:r w:rsidR="0063543E">
        <w:rPr>
          <w:rFonts w:ascii="Montserrat" w:hAnsi="Montserrat"/>
          <w:sz w:val="18"/>
          <w:szCs w:val="18"/>
        </w:rPr>
        <w:t xml:space="preserve">- Dominant </w:t>
      </w:r>
    </w:p>
    <w:p w14:paraId="72FA55D3" w14:textId="2896B76B" w:rsidR="00DE4E90" w:rsidRPr="006C7484" w:rsidRDefault="006C7484">
      <w:pPr>
        <w:rPr>
          <w:rFonts w:ascii="Montserrat" w:hAnsi="Montserrat"/>
          <w:sz w:val="18"/>
          <w:szCs w:val="18"/>
        </w:rPr>
      </w:pPr>
      <w:r w:rsidRPr="006C7484">
        <w:rPr>
          <w:rFonts w:ascii="Montserrat" w:hAnsi="Montserrat"/>
          <w:sz w:val="18"/>
          <w:szCs w:val="18"/>
        </w:rPr>
        <w:t>Description: Can grow in salty or poor-quality soil</w:t>
      </w:r>
    </w:p>
    <w:p w14:paraId="08BB79B7" w14:textId="77777777" w:rsidR="00DE4E90" w:rsidRPr="006C7484" w:rsidRDefault="00DE4E90">
      <w:pPr>
        <w:rPr>
          <w:rFonts w:ascii="Montserrat" w:hAnsi="Montserrat"/>
          <w:sz w:val="18"/>
          <w:szCs w:val="18"/>
        </w:rPr>
      </w:pPr>
    </w:p>
    <w:p w14:paraId="1B3910EA" w14:textId="77777777" w:rsidR="00DE4E90" w:rsidRPr="006C7484" w:rsidRDefault="006C7484">
      <w:pPr>
        <w:rPr>
          <w:rFonts w:ascii="Montserrat" w:hAnsi="Montserrat"/>
          <w:sz w:val="18"/>
          <w:szCs w:val="18"/>
        </w:rPr>
      </w:pPr>
      <w:r w:rsidRPr="006C7484">
        <w:rPr>
          <w:rFonts w:ascii="Montserrat" w:hAnsi="Montserrat"/>
          <w:sz w:val="18"/>
          <w:szCs w:val="18"/>
        </w:rPr>
        <w:t>--------------------------------------------------</w:t>
      </w:r>
    </w:p>
    <w:p w14:paraId="774A93A8" w14:textId="7DAF10F0" w:rsidR="00DE4E90" w:rsidRPr="006C7484" w:rsidRDefault="006C7484">
      <w:pPr>
        <w:pStyle w:val="ListBullet"/>
        <w:rPr>
          <w:rFonts w:ascii="Montserrat" w:hAnsi="Montserrat"/>
          <w:sz w:val="18"/>
          <w:szCs w:val="18"/>
        </w:rPr>
      </w:pPr>
      <w:r w:rsidRPr="006C7484">
        <w:rPr>
          <w:rFonts w:ascii="Segoe UI Emoji" w:hAnsi="Segoe UI Emoji" w:cs="Segoe UI Emoji"/>
          <w:sz w:val="18"/>
          <w:szCs w:val="18"/>
        </w:rPr>
        <w:t>🌱</w:t>
      </w:r>
      <w:r w:rsidRPr="006C7484">
        <w:rPr>
          <w:rFonts w:ascii="Montserrat" w:hAnsi="Montserrat"/>
          <w:sz w:val="18"/>
          <w:szCs w:val="18"/>
        </w:rPr>
        <w:t xml:space="preserve"> Trait: Early Maturity</w:t>
      </w:r>
      <w:r w:rsidR="0063543E">
        <w:rPr>
          <w:rFonts w:ascii="Montserrat" w:hAnsi="Montserrat"/>
          <w:sz w:val="18"/>
          <w:szCs w:val="18"/>
        </w:rPr>
        <w:t xml:space="preserve">- Recessive </w:t>
      </w:r>
    </w:p>
    <w:p w14:paraId="030F8C25" w14:textId="3907504C" w:rsidR="00DE4E90" w:rsidRDefault="006C7484">
      <w:r w:rsidRPr="006C7484">
        <w:rPr>
          <w:rFonts w:ascii="Montserrat" w:hAnsi="Montserrat"/>
          <w:sz w:val="18"/>
          <w:szCs w:val="18"/>
        </w:rPr>
        <w:t xml:space="preserve">Description: </w:t>
      </w:r>
      <w:proofErr w:type="gramStart"/>
      <w:r w:rsidRPr="006C7484">
        <w:rPr>
          <w:rFonts w:ascii="Montserrat" w:hAnsi="Montserrat"/>
          <w:sz w:val="18"/>
          <w:szCs w:val="18"/>
        </w:rPr>
        <w:t>Harvest-ready</w:t>
      </w:r>
      <w:proofErr w:type="gramEnd"/>
      <w:r w:rsidRPr="006C7484">
        <w:rPr>
          <w:rFonts w:ascii="Montserrat" w:hAnsi="Montserrat"/>
          <w:sz w:val="18"/>
          <w:szCs w:val="18"/>
        </w:rPr>
        <w:t xml:space="preserve"> sooner than most crops</w:t>
      </w:r>
    </w:p>
    <w:p w14:paraId="06802184" w14:textId="77777777" w:rsidR="00DE4E90" w:rsidRDefault="00DE4E90"/>
    <w:sectPr w:rsidR="00DE4E9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00428706">
    <w:abstractNumId w:val="8"/>
  </w:num>
  <w:num w:numId="2" w16cid:durableId="2114981499">
    <w:abstractNumId w:val="6"/>
  </w:num>
  <w:num w:numId="3" w16cid:durableId="1909463696">
    <w:abstractNumId w:val="5"/>
  </w:num>
  <w:num w:numId="4" w16cid:durableId="207030126">
    <w:abstractNumId w:val="4"/>
  </w:num>
  <w:num w:numId="5" w16cid:durableId="1124468700">
    <w:abstractNumId w:val="7"/>
  </w:num>
  <w:num w:numId="6" w16cid:durableId="493842716">
    <w:abstractNumId w:val="3"/>
  </w:num>
  <w:num w:numId="7" w16cid:durableId="189340066">
    <w:abstractNumId w:val="2"/>
  </w:num>
  <w:num w:numId="8" w16cid:durableId="133186234">
    <w:abstractNumId w:val="1"/>
  </w:num>
  <w:num w:numId="9" w16cid:durableId="1928266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21FE6"/>
    <w:rsid w:val="0063543E"/>
    <w:rsid w:val="006C7484"/>
    <w:rsid w:val="00AA1D8D"/>
    <w:rsid w:val="00B47730"/>
    <w:rsid w:val="00CB0664"/>
    <w:rsid w:val="00CC0820"/>
    <w:rsid w:val="00CC44F7"/>
    <w:rsid w:val="00DE4E90"/>
    <w:rsid w:val="00E4599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140877"/>
  <w14:defaultImageDpi w14:val="300"/>
  <w15:docId w15:val="{1054576F-A655-408A-A149-32BCFA8BA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21F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1F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1F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1F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1FE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Pastir, Breanna</cp:lastModifiedBy>
  <cp:revision>4</cp:revision>
  <dcterms:created xsi:type="dcterms:W3CDTF">2025-04-18T14:36:00Z</dcterms:created>
  <dcterms:modified xsi:type="dcterms:W3CDTF">2025-07-08T15:26:00Z</dcterms:modified>
  <cp:category/>
</cp:coreProperties>
</file>