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2DE33" w14:textId="08E55530" w:rsidR="00274D6C" w:rsidRPr="00A7093A" w:rsidRDefault="00A7093A" w:rsidP="00A7093A">
      <w:pPr>
        <w:pStyle w:val="Title"/>
        <w:jc w:val="center"/>
        <w:rPr>
          <w:rFonts w:ascii="Anton" w:hAnsi="Anton"/>
          <w:b/>
          <w:bCs/>
          <w:color w:val="004C97"/>
          <w:sz w:val="48"/>
          <w:szCs w:val="48"/>
        </w:rPr>
      </w:pPr>
      <w:r w:rsidRPr="00A7093A">
        <w:rPr>
          <w:rFonts w:ascii="Anton" w:hAnsi="Anton"/>
          <w:b/>
          <w:bCs/>
          <w:color w:val="004C97"/>
          <w:sz w:val="48"/>
          <w:szCs w:val="48"/>
        </w:rPr>
        <w:t>Plant Science Career Cards</w:t>
      </w:r>
    </w:p>
    <w:p w14:paraId="70B409B6" w14:textId="23AF9F0C" w:rsidR="605F25CD" w:rsidRDefault="605F25CD" w:rsidP="605F25CD">
      <w:pPr>
        <w:rPr>
          <w:rFonts w:ascii="Montserrat" w:hAnsi="Montserrat"/>
          <w:sz w:val="18"/>
          <w:szCs w:val="18"/>
        </w:rPr>
      </w:pPr>
      <w:r w:rsidRPr="605F25CD">
        <w:rPr>
          <w:rFonts w:ascii="Montserrat" w:hAnsi="Montserrat"/>
          <w:sz w:val="18"/>
          <w:szCs w:val="18"/>
        </w:rPr>
        <w:t xml:space="preserve">Cut out each card and give one to each student for the bingo activity. Instruct students to fill in blanks on the card before playing bingo. </w:t>
      </w:r>
    </w:p>
    <w:p w14:paraId="2194C557" w14:textId="5024C315" w:rsidR="605F25CD" w:rsidRDefault="605F25CD" w:rsidP="605F25CD">
      <w:pPr>
        <w:rPr>
          <w:rFonts w:ascii="Montserrat" w:eastAsia="Montserrat" w:hAnsi="Montserrat" w:cs="Montserrat"/>
          <w:b/>
          <w:bCs/>
          <w:sz w:val="18"/>
          <w:szCs w:val="18"/>
        </w:rPr>
      </w:pPr>
      <w:r w:rsidRPr="605F25CD">
        <w:rPr>
          <w:rFonts w:ascii="Montserrat" w:eastAsia="Montserrat" w:hAnsi="Montserrat" w:cs="Montserrat"/>
          <w:b/>
          <w:bCs/>
          <w:sz w:val="18"/>
          <w:szCs w:val="18"/>
        </w:rPr>
        <w:t>Agronomist</w:t>
      </w:r>
    </w:p>
    <w:p w14:paraId="28E436AD" w14:textId="705897AA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Helps farmers grow healthy crops using science and data</w:t>
      </w:r>
    </w:p>
    <w:p w14:paraId="5DA4BC50" w14:textId="056080B3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🧠 Fun Fact: _______________________________</w:t>
      </w:r>
    </w:p>
    <w:p w14:paraId="6DEEFF21" w14:textId="61CFD258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⭐ Would you like this job? Why or why not? ____________________________</w:t>
      </w:r>
    </w:p>
    <w:p w14:paraId="23F777DE" w14:textId="0228EB13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--------------------------------------------------</w:t>
      </w:r>
    </w:p>
    <w:p w14:paraId="7DCF1DEA" w14:textId="18EA43D3" w:rsidR="605F25CD" w:rsidRDefault="605F25CD" w:rsidP="605F25CD">
      <w:pPr>
        <w:pStyle w:val="Heading2"/>
        <w:rPr>
          <w:rFonts w:ascii="Montserrat" w:eastAsia="Montserrat" w:hAnsi="Montserrat" w:cs="Montserrat"/>
          <w:color w:val="auto"/>
          <w:sz w:val="18"/>
          <w:szCs w:val="18"/>
        </w:rPr>
      </w:pPr>
      <w:r w:rsidRPr="605F25CD">
        <w:rPr>
          <w:rFonts w:ascii="Montserrat" w:eastAsia="Montserrat" w:hAnsi="Montserrat" w:cs="Montserrat"/>
          <w:color w:val="auto"/>
          <w:sz w:val="18"/>
          <w:szCs w:val="18"/>
        </w:rPr>
        <w:t>Botanist</w:t>
      </w:r>
    </w:p>
    <w:p w14:paraId="6147A3FD" w14:textId="11BF4EF8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Studies how plants grow and how they interact with their environment</w:t>
      </w:r>
    </w:p>
    <w:p w14:paraId="5F93CDAA" w14:textId="12941E6F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🧠 Fun Fact: _______________________________</w:t>
      </w:r>
    </w:p>
    <w:p w14:paraId="37CB4672" w14:textId="0383B1BD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⭐ Would you like this job? Why or why not? ____________________________</w:t>
      </w:r>
    </w:p>
    <w:p w14:paraId="38220186" w14:textId="7CEE13D8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--------------------------------------------------</w:t>
      </w:r>
    </w:p>
    <w:p w14:paraId="0EAA7E9A" w14:textId="525A244D" w:rsidR="605F25CD" w:rsidRDefault="605F25CD" w:rsidP="605F25CD">
      <w:pPr>
        <w:pStyle w:val="Heading2"/>
        <w:rPr>
          <w:rFonts w:ascii="Montserrat" w:eastAsia="Montserrat" w:hAnsi="Montserrat" w:cs="Montserrat"/>
          <w:color w:val="auto"/>
          <w:sz w:val="18"/>
          <w:szCs w:val="18"/>
        </w:rPr>
      </w:pPr>
      <w:r w:rsidRPr="605F25CD">
        <w:rPr>
          <w:rFonts w:ascii="Montserrat" w:eastAsia="Montserrat" w:hAnsi="Montserrat" w:cs="Montserrat"/>
          <w:color w:val="auto"/>
          <w:sz w:val="18"/>
          <w:szCs w:val="18"/>
        </w:rPr>
        <w:t>Greenhouse Technician</w:t>
      </w:r>
    </w:p>
    <w:p w14:paraId="42AEA27F" w14:textId="73453D75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Cares for plants in greenhouses using technology and environmental controls</w:t>
      </w:r>
    </w:p>
    <w:p w14:paraId="12C43885" w14:textId="500D5DBD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🧠 Fun Fact: _______________________________</w:t>
      </w:r>
    </w:p>
    <w:p w14:paraId="402C9A9B" w14:textId="62DE91A5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⭐ Would you like this job? Why or why not? ____________________________</w:t>
      </w:r>
    </w:p>
    <w:p w14:paraId="25B70046" w14:textId="4AD161EC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--------------------------------------------------</w:t>
      </w:r>
    </w:p>
    <w:p w14:paraId="12EF6D05" w14:textId="4B700EE3" w:rsidR="605F25CD" w:rsidRDefault="605F25CD" w:rsidP="605F25CD">
      <w:pPr>
        <w:pStyle w:val="Heading2"/>
        <w:rPr>
          <w:rFonts w:ascii="Montserrat" w:eastAsia="Montserrat" w:hAnsi="Montserrat" w:cs="Montserrat"/>
          <w:color w:val="auto"/>
          <w:sz w:val="18"/>
          <w:szCs w:val="18"/>
        </w:rPr>
      </w:pPr>
      <w:r w:rsidRPr="605F25CD">
        <w:rPr>
          <w:rFonts w:ascii="Montserrat" w:eastAsia="Montserrat" w:hAnsi="Montserrat" w:cs="Montserrat"/>
          <w:color w:val="auto"/>
          <w:sz w:val="18"/>
          <w:szCs w:val="18"/>
        </w:rPr>
        <w:t>Plant Geneticist</w:t>
      </w:r>
    </w:p>
    <w:p w14:paraId="1FB2128A" w14:textId="4253A8A4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Creates new plant varieties with improved traits</w:t>
      </w:r>
    </w:p>
    <w:p w14:paraId="1F2FDAB0" w14:textId="3702A1EF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🧠 Fun Fact: _______________________________</w:t>
      </w:r>
    </w:p>
    <w:p w14:paraId="2F97F2A7" w14:textId="4278C606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⭐ Would you like this job? Why or why not? ____________________________</w:t>
      </w:r>
    </w:p>
    <w:p w14:paraId="68A062D5" w14:textId="1B9B2D38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--------------------------------------------------</w:t>
      </w:r>
    </w:p>
    <w:p w14:paraId="1FA973B5" w14:textId="65841BE9" w:rsidR="605F25CD" w:rsidRDefault="605F25CD" w:rsidP="605F25CD">
      <w:pPr>
        <w:pStyle w:val="Heading2"/>
        <w:rPr>
          <w:rFonts w:ascii="Montserrat" w:eastAsia="Montserrat" w:hAnsi="Montserrat" w:cs="Montserrat"/>
          <w:color w:val="auto"/>
          <w:sz w:val="18"/>
          <w:szCs w:val="18"/>
        </w:rPr>
      </w:pPr>
      <w:r w:rsidRPr="605F25CD">
        <w:rPr>
          <w:rFonts w:ascii="Montserrat" w:eastAsia="Montserrat" w:hAnsi="Montserrat" w:cs="Montserrat"/>
          <w:color w:val="auto"/>
          <w:sz w:val="18"/>
          <w:szCs w:val="18"/>
        </w:rPr>
        <w:t>Crop Scout</w:t>
      </w:r>
    </w:p>
    <w:p w14:paraId="24B506A7" w14:textId="1E796E3A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Finds crop pests and problems by walking through fields</w:t>
      </w:r>
    </w:p>
    <w:p w14:paraId="7DD9D335" w14:textId="38574713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🧠 Fun Fact: _______________________________</w:t>
      </w:r>
    </w:p>
    <w:p w14:paraId="6E1FC297" w14:textId="46D3CCD3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⭐ Would you like this job? Why or why not? ____________________________</w:t>
      </w:r>
    </w:p>
    <w:p w14:paraId="65491B7A" w14:textId="4F443063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--------------------------------------------------</w:t>
      </w:r>
    </w:p>
    <w:p w14:paraId="0B57803D" w14:textId="37078705" w:rsidR="605F25CD" w:rsidRDefault="605F25CD" w:rsidP="605F25CD">
      <w:pPr>
        <w:pStyle w:val="Heading2"/>
        <w:rPr>
          <w:rFonts w:ascii="Montserrat" w:eastAsia="Montserrat" w:hAnsi="Montserrat" w:cs="Montserrat"/>
          <w:color w:val="auto"/>
          <w:sz w:val="18"/>
          <w:szCs w:val="18"/>
        </w:rPr>
      </w:pPr>
      <w:r w:rsidRPr="605F25CD">
        <w:rPr>
          <w:rFonts w:ascii="Montserrat" w:eastAsia="Montserrat" w:hAnsi="Montserrat" w:cs="Montserrat"/>
          <w:color w:val="auto"/>
          <w:sz w:val="18"/>
          <w:szCs w:val="18"/>
        </w:rPr>
        <w:lastRenderedPageBreak/>
        <w:t>Precision Ag Tech</w:t>
      </w:r>
    </w:p>
    <w:p w14:paraId="1DDF161E" w14:textId="464F0762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Uses drones, GPS and software to help farmers make smart decisions</w:t>
      </w:r>
    </w:p>
    <w:p w14:paraId="4D79E725" w14:textId="0F2C51FF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🧠 Fun Fact: _______________________________</w:t>
      </w:r>
    </w:p>
    <w:p w14:paraId="1054C569" w14:textId="7B197774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⭐ Would you like this job? Why or why not? ____________________________</w:t>
      </w:r>
    </w:p>
    <w:p w14:paraId="46ECD3F6" w14:textId="5079AAE4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--------------------------------------------------</w:t>
      </w:r>
    </w:p>
    <w:p w14:paraId="5EB96FDA" w14:textId="41975E0E" w:rsidR="605F25CD" w:rsidRDefault="605F25CD" w:rsidP="605F25CD">
      <w:pPr>
        <w:pStyle w:val="Heading2"/>
        <w:rPr>
          <w:rFonts w:ascii="Montserrat" w:eastAsia="Montserrat" w:hAnsi="Montserrat" w:cs="Montserrat"/>
          <w:color w:val="auto"/>
          <w:sz w:val="18"/>
          <w:szCs w:val="18"/>
        </w:rPr>
      </w:pPr>
      <w:r w:rsidRPr="605F25CD">
        <w:rPr>
          <w:rFonts w:ascii="Montserrat" w:eastAsia="Montserrat" w:hAnsi="Montserrat" w:cs="Montserrat"/>
          <w:color w:val="auto"/>
          <w:sz w:val="18"/>
          <w:szCs w:val="18"/>
        </w:rPr>
        <w:t>Soil Scientist</w:t>
      </w:r>
    </w:p>
    <w:p w14:paraId="3CD6E665" w14:textId="60DB0B39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Tests and studies soil to help grow better crops</w:t>
      </w:r>
    </w:p>
    <w:p w14:paraId="04CE2A98" w14:textId="11910462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🧠 Fun Fact: _______________________________</w:t>
      </w:r>
    </w:p>
    <w:p w14:paraId="1EB39895" w14:textId="5D73C7CA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⭐ Would you like this job? Why or why not? ____________________________</w:t>
      </w:r>
    </w:p>
    <w:p w14:paraId="552F1C7F" w14:textId="7AFDC569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--------------------------------------------------</w:t>
      </w:r>
    </w:p>
    <w:p w14:paraId="733E011C" w14:textId="0F7E374C" w:rsidR="605F25CD" w:rsidRDefault="605F25CD" w:rsidP="605F25CD">
      <w:pPr>
        <w:pStyle w:val="Heading2"/>
        <w:rPr>
          <w:rFonts w:ascii="Montserrat" w:eastAsia="Montserrat" w:hAnsi="Montserrat" w:cs="Montserrat"/>
          <w:color w:val="auto"/>
          <w:sz w:val="18"/>
          <w:szCs w:val="18"/>
        </w:rPr>
      </w:pPr>
      <w:r w:rsidRPr="605F25CD">
        <w:rPr>
          <w:rFonts w:ascii="Montserrat" w:eastAsia="Montserrat" w:hAnsi="Montserrat" w:cs="Montserrat"/>
          <w:color w:val="auto"/>
          <w:sz w:val="18"/>
          <w:szCs w:val="18"/>
        </w:rPr>
        <w:t>Seed Sales Rep</w:t>
      </w:r>
    </w:p>
    <w:p w14:paraId="78DF5428" w14:textId="4E4A74A1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Sells the best seeds for specific climates and soil types</w:t>
      </w:r>
    </w:p>
    <w:p w14:paraId="7918E815" w14:textId="2F785BE8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🧠 Fun Fact: _______________________________</w:t>
      </w:r>
    </w:p>
    <w:p w14:paraId="362929DA" w14:textId="757CB875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⭐ Would you like this job? Why or why not? ____________________________</w:t>
      </w:r>
    </w:p>
    <w:p w14:paraId="50CA9A22" w14:textId="07916F5F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--------------------------------------------------</w:t>
      </w:r>
    </w:p>
    <w:p w14:paraId="0B5754DA" w14:textId="1C689A8A" w:rsidR="605F25CD" w:rsidRDefault="605F25CD" w:rsidP="605F25CD">
      <w:pPr>
        <w:pStyle w:val="Heading2"/>
        <w:rPr>
          <w:rFonts w:ascii="Montserrat" w:eastAsia="Montserrat" w:hAnsi="Montserrat" w:cs="Montserrat"/>
          <w:color w:val="auto"/>
          <w:sz w:val="18"/>
          <w:szCs w:val="18"/>
        </w:rPr>
      </w:pPr>
      <w:r w:rsidRPr="605F25CD">
        <w:rPr>
          <w:rFonts w:ascii="Montserrat" w:eastAsia="Montserrat" w:hAnsi="Montserrat" w:cs="Montserrat"/>
          <w:color w:val="auto"/>
          <w:sz w:val="18"/>
          <w:szCs w:val="18"/>
        </w:rPr>
        <w:t>Plant Breeder</w:t>
      </w:r>
    </w:p>
    <w:p w14:paraId="3511268C" w14:textId="1969260C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Crosses plants to create new ones with better features</w:t>
      </w:r>
    </w:p>
    <w:p w14:paraId="1902B1D6" w14:textId="22BD14B5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🧠 Fun Fact: _______________________________</w:t>
      </w:r>
    </w:p>
    <w:p w14:paraId="06B581D0" w14:textId="7A1175E7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⭐ Would you like this job? Why or why not? ____________________________</w:t>
      </w:r>
    </w:p>
    <w:p w14:paraId="7E67FFF7" w14:textId="503C6EAB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--------------------------------------------------</w:t>
      </w:r>
    </w:p>
    <w:p w14:paraId="0B91A122" w14:textId="100241CF" w:rsidR="605F25CD" w:rsidRDefault="605F25CD" w:rsidP="605F25CD">
      <w:pPr>
        <w:pStyle w:val="Heading2"/>
        <w:rPr>
          <w:rFonts w:ascii="Montserrat" w:eastAsia="Montserrat" w:hAnsi="Montserrat" w:cs="Montserrat"/>
          <w:color w:val="auto"/>
          <w:sz w:val="18"/>
          <w:szCs w:val="18"/>
        </w:rPr>
      </w:pPr>
      <w:r w:rsidRPr="605F25CD">
        <w:rPr>
          <w:rFonts w:ascii="Montserrat" w:eastAsia="Montserrat" w:hAnsi="Montserrat" w:cs="Montserrat"/>
          <w:color w:val="auto"/>
          <w:sz w:val="18"/>
          <w:szCs w:val="18"/>
        </w:rPr>
        <w:t>Floriculturist</w:t>
      </w:r>
    </w:p>
    <w:p w14:paraId="31E7F001" w14:textId="71E560DD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Grows flowers and decorative plants</w:t>
      </w:r>
    </w:p>
    <w:p w14:paraId="1AD2AA15" w14:textId="2A97ACCA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🧠 Fun Fact: _______________________________</w:t>
      </w:r>
    </w:p>
    <w:p w14:paraId="3DB60793" w14:textId="1403E8B5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⭐ Would you like this job? Why or why not? ____________________________</w:t>
      </w:r>
    </w:p>
    <w:p w14:paraId="5BF22205" w14:textId="2C336191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--------------------------------------------------</w:t>
      </w:r>
    </w:p>
    <w:p w14:paraId="25CA561B" w14:textId="57B97B65" w:rsidR="605F25CD" w:rsidRDefault="605F25CD" w:rsidP="605F25CD">
      <w:pPr>
        <w:pStyle w:val="Heading2"/>
        <w:rPr>
          <w:rFonts w:ascii="Montserrat" w:eastAsia="Montserrat" w:hAnsi="Montserrat" w:cs="Montserrat"/>
          <w:color w:val="auto"/>
          <w:sz w:val="18"/>
          <w:szCs w:val="18"/>
        </w:rPr>
      </w:pPr>
      <w:r w:rsidRPr="605F25CD">
        <w:rPr>
          <w:rFonts w:ascii="Montserrat" w:eastAsia="Montserrat" w:hAnsi="Montserrat" w:cs="Montserrat"/>
          <w:color w:val="auto"/>
          <w:sz w:val="18"/>
          <w:szCs w:val="18"/>
        </w:rPr>
        <w:t>Irrigation Specialist</w:t>
      </w:r>
    </w:p>
    <w:p w14:paraId="1A1B3F37" w14:textId="07C1FB92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Plans and installs systems that deliver water to crops</w:t>
      </w:r>
    </w:p>
    <w:p w14:paraId="7BA82595" w14:textId="7CB368D9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🧠 Fun Fact: _______________________________</w:t>
      </w:r>
    </w:p>
    <w:p w14:paraId="314B08CC" w14:textId="7EFFEA47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⭐ Would you like this job? Why or why not? ____________________________</w:t>
      </w:r>
    </w:p>
    <w:p w14:paraId="6B77420B" w14:textId="08FB1F54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--------------------------------------------------</w:t>
      </w:r>
    </w:p>
    <w:p w14:paraId="61A5C41F" w14:textId="051A85F2" w:rsidR="605F25CD" w:rsidRDefault="605F25CD" w:rsidP="605F25CD">
      <w:pPr>
        <w:pStyle w:val="Heading2"/>
        <w:rPr>
          <w:rFonts w:ascii="Montserrat" w:eastAsia="Montserrat" w:hAnsi="Montserrat" w:cs="Montserrat"/>
          <w:color w:val="auto"/>
          <w:sz w:val="18"/>
          <w:szCs w:val="18"/>
        </w:rPr>
      </w:pPr>
      <w:r w:rsidRPr="605F25CD">
        <w:rPr>
          <w:rFonts w:ascii="Montserrat" w:eastAsia="Montserrat" w:hAnsi="Montserrat" w:cs="Montserrat"/>
          <w:color w:val="auto"/>
          <w:sz w:val="18"/>
          <w:szCs w:val="18"/>
        </w:rPr>
        <w:lastRenderedPageBreak/>
        <w:t>Extension Agent</w:t>
      </w:r>
    </w:p>
    <w:p w14:paraId="6DB365A1" w14:textId="37DCB820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Teaches communities about agriculture and new technology</w:t>
      </w:r>
    </w:p>
    <w:p w14:paraId="0FEFE221" w14:textId="3221BFF2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🧠 Fun Fact: _______________________________</w:t>
      </w:r>
    </w:p>
    <w:p w14:paraId="1F1A6E0A" w14:textId="51A3AE10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⭐ Would you like this job? Why or why not? ____________________________</w:t>
      </w:r>
    </w:p>
    <w:p w14:paraId="3F69F75E" w14:textId="0FA90F5F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--------------------------------------------------</w:t>
      </w:r>
    </w:p>
    <w:p w14:paraId="3250EFC8" w14:textId="0BA29BAD" w:rsidR="605F25CD" w:rsidRDefault="605F25CD" w:rsidP="605F25CD">
      <w:pPr>
        <w:pStyle w:val="Heading2"/>
        <w:rPr>
          <w:rFonts w:ascii="Montserrat" w:eastAsia="Montserrat" w:hAnsi="Montserrat" w:cs="Montserrat"/>
          <w:color w:val="auto"/>
          <w:sz w:val="18"/>
          <w:szCs w:val="18"/>
        </w:rPr>
      </w:pPr>
      <w:r w:rsidRPr="605F25CD">
        <w:rPr>
          <w:rFonts w:ascii="Montserrat" w:eastAsia="Montserrat" w:hAnsi="Montserrat" w:cs="Montserrat"/>
          <w:color w:val="auto"/>
          <w:sz w:val="18"/>
          <w:szCs w:val="18"/>
        </w:rPr>
        <w:t>Biotechnologist</w:t>
      </w:r>
    </w:p>
    <w:p w14:paraId="7B2FB7A5" w14:textId="29908449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Uses science to make crops healthier and more productive</w:t>
      </w:r>
    </w:p>
    <w:p w14:paraId="0B9A059F" w14:textId="0CD2F57D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🧠 Fun Fact: _______________________________</w:t>
      </w:r>
    </w:p>
    <w:p w14:paraId="7C83ED9F" w14:textId="1A925B94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⭐ Would you like this job? Why or why not? ____________________________</w:t>
      </w:r>
    </w:p>
    <w:p w14:paraId="23B5F985" w14:textId="0AAFD3C6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--------------------------------------------------</w:t>
      </w:r>
    </w:p>
    <w:p w14:paraId="4A85CAED" w14:textId="1019106E" w:rsidR="605F25CD" w:rsidRDefault="605F25CD" w:rsidP="605F25CD">
      <w:pPr>
        <w:pStyle w:val="Heading2"/>
        <w:rPr>
          <w:rFonts w:ascii="Montserrat" w:eastAsia="Montserrat" w:hAnsi="Montserrat" w:cs="Montserrat"/>
          <w:color w:val="auto"/>
          <w:sz w:val="18"/>
          <w:szCs w:val="18"/>
        </w:rPr>
      </w:pPr>
      <w:r w:rsidRPr="605F25CD">
        <w:rPr>
          <w:rFonts w:ascii="Montserrat" w:eastAsia="Montserrat" w:hAnsi="Montserrat" w:cs="Montserrat"/>
          <w:color w:val="auto"/>
          <w:sz w:val="18"/>
          <w:szCs w:val="18"/>
        </w:rPr>
        <w:t>Horticulturist</w:t>
      </w:r>
    </w:p>
    <w:p w14:paraId="1155716B" w14:textId="46B88E5C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Specializes in growing fruits, vegetables and plants</w:t>
      </w:r>
    </w:p>
    <w:p w14:paraId="45719198" w14:textId="2BA96CC7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🧠 Fun Fact: _______________________________</w:t>
      </w:r>
    </w:p>
    <w:p w14:paraId="327905CB" w14:textId="2A064CB6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⭐ Would you like this job? Why or why not? ____________________________</w:t>
      </w:r>
    </w:p>
    <w:p w14:paraId="055E85AD" w14:textId="21011DD1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--------------------------------------------------</w:t>
      </w:r>
    </w:p>
    <w:p w14:paraId="1BB6EFC3" w14:textId="518246CC" w:rsidR="605F25CD" w:rsidRDefault="605F25CD" w:rsidP="605F25CD">
      <w:pPr>
        <w:pStyle w:val="Heading2"/>
        <w:rPr>
          <w:rFonts w:ascii="Montserrat" w:eastAsia="Montserrat" w:hAnsi="Montserrat" w:cs="Montserrat"/>
          <w:color w:val="auto"/>
          <w:sz w:val="18"/>
          <w:szCs w:val="18"/>
        </w:rPr>
      </w:pPr>
      <w:r w:rsidRPr="605F25CD">
        <w:rPr>
          <w:rFonts w:ascii="Montserrat" w:eastAsia="Montserrat" w:hAnsi="Montserrat" w:cs="Montserrat"/>
          <w:color w:val="auto"/>
          <w:sz w:val="18"/>
          <w:szCs w:val="18"/>
        </w:rPr>
        <w:t>Agricultural Engineer</w:t>
      </w:r>
    </w:p>
    <w:p w14:paraId="7469B95C" w14:textId="313A2961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Designs tools and systems to help farmers work better</w:t>
      </w:r>
    </w:p>
    <w:p w14:paraId="4609DBE5" w14:textId="217FDB62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🧠 Fun Fact: _______________________________</w:t>
      </w:r>
    </w:p>
    <w:p w14:paraId="332BA115" w14:textId="41FB1F82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⭐ Would you like this job? Why or why not? ____________________________</w:t>
      </w:r>
    </w:p>
    <w:p w14:paraId="3546CD7D" w14:textId="628D4897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--------------------------------------------------</w:t>
      </w:r>
    </w:p>
    <w:p w14:paraId="7244C9E0" w14:textId="05058FF4" w:rsidR="605F25CD" w:rsidRDefault="605F25CD" w:rsidP="605F25CD">
      <w:pPr>
        <w:pStyle w:val="Heading2"/>
        <w:rPr>
          <w:rFonts w:ascii="Montserrat" w:eastAsia="Montserrat" w:hAnsi="Montserrat" w:cs="Montserrat"/>
          <w:color w:val="auto"/>
          <w:sz w:val="18"/>
          <w:szCs w:val="18"/>
        </w:rPr>
      </w:pPr>
      <w:r w:rsidRPr="605F25CD">
        <w:rPr>
          <w:rFonts w:ascii="Montserrat" w:eastAsia="Montserrat" w:hAnsi="Montserrat" w:cs="Montserrat"/>
          <w:color w:val="auto"/>
          <w:sz w:val="18"/>
          <w:szCs w:val="18"/>
        </w:rPr>
        <w:t>Plant Pathologist</w:t>
      </w:r>
    </w:p>
    <w:p w14:paraId="5F0DD1B4" w14:textId="1F522C6E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Studies diseases that hurt plants and finds ways to stop them</w:t>
      </w:r>
    </w:p>
    <w:p w14:paraId="5074E9E4" w14:textId="27199017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🧠 Fun Fact: _______________________________</w:t>
      </w:r>
    </w:p>
    <w:p w14:paraId="40CE17C5" w14:textId="3A5AFE49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⭐ Would you like this job? Why or why not? ____________________________</w:t>
      </w:r>
    </w:p>
    <w:p w14:paraId="79F442D8" w14:textId="6EC23A86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--------------------------------------------------</w:t>
      </w:r>
    </w:p>
    <w:p w14:paraId="446C1B62" w14:textId="0666D26C" w:rsidR="605F25CD" w:rsidRDefault="605F25CD" w:rsidP="605F25CD">
      <w:pPr>
        <w:pStyle w:val="Heading2"/>
        <w:rPr>
          <w:rFonts w:ascii="Montserrat" w:eastAsia="Montserrat" w:hAnsi="Montserrat" w:cs="Montserrat"/>
          <w:color w:val="auto"/>
          <w:sz w:val="18"/>
          <w:szCs w:val="18"/>
        </w:rPr>
      </w:pPr>
      <w:r w:rsidRPr="605F25CD">
        <w:rPr>
          <w:rFonts w:ascii="Montserrat" w:eastAsia="Montserrat" w:hAnsi="Montserrat" w:cs="Montserrat"/>
          <w:color w:val="auto"/>
          <w:sz w:val="18"/>
          <w:szCs w:val="18"/>
        </w:rPr>
        <w:t>Ag Inspector</w:t>
      </w:r>
    </w:p>
    <w:p w14:paraId="1C8E388A" w14:textId="2E7F48A9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Checks food and crops to meet safety standards</w:t>
      </w:r>
    </w:p>
    <w:p w14:paraId="204DE4FE" w14:textId="7879EA28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🧠 Fun Fact: _______________________________</w:t>
      </w:r>
    </w:p>
    <w:p w14:paraId="2FD9BE4B" w14:textId="1687F46B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⭐ Would you like this job? Why or why not? ____________________________</w:t>
      </w:r>
    </w:p>
    <w:p w14:paraId="5115508F" w14:textId="1B101EF3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--------------------------------------------------</w:t>
      </w:r>
    </w:p>
    <w:p w14:paraId="22FF23FB" w14:textId="6DA10D9A" w:rsidR="605F25CD" w:rsidRDefault="605F25CD" w:rsidP="605F25CD">
      <w:pPr>
        <w:pStyle w:val="Heading2"/>
        <w:rPr>
          <w:rFonts w:ascii="Montserrat" w:eastAsia="Montserrat" w:hAnsi="Montserrat" w:cs="Montserrat"/>
          <w:color w:val="auto"/>
          <w:sz w:val="18"/>
          <w:szCs w:val="18"/>
        </w:rPr>
      </w:pPr>
      <w:r w:rsidRPr="605F25CD">
        <w:rPr>
          <w:rFonts w:ascii="Montserrat" w:eastAsia="Montserrat" w:hAnsi="Montserrat" w:cs="Montserrat"/>
          <w:color w:val="auto"/>
          <w:sz w:val="18"/>
          <w:szCs w:val="18"/>
        </w:rPr>
        <w:lastRenderedPageBreak/>
        <w:t>Customer Service Rep</w:t>
      </w:r>
    </w:p>
    <w:p w14:paraId="1A712E46" w14:textId="641346EC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Helps customers solve problems and understand ag products</w:t>
      </w:r>
    </w:p>
    <w:p w14:paraId="6514CC8C" w14:textId="1BA1629A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🧠 Fun Fact: _______________________________</w:t>
      </w:r>
    </w:p>
    <w:p w14:paraId="6B3A59E8" w14:textId="431D33A1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⭐ Would you like this job? Why or why not? ____________________________</w:t>
      </w:r>
    </w:p>
    <w:p w14:paraId="2CCCAFF2" w14:textId="780B989A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--------------------------------------------------</w:t>
      </w:r>
    </w:p>
    <w:p w14:paraId="5CB186AC" w14:textId="1073DE09" w:rsidR="605F25CD" w:rsidRDefault="605F25CD" w:rsidP="605F25CD">
      <w:pPr>
        <w:pStyle w:val="Heading2"/>
        <w:rPr>
          <w:rFonts w:ascii="Montserrat" w:eastAsia="Montserrat" w:hAnsi="Montserrat" w:cs="Montserrat"/>
          <w:color w:val="auto"/>
          <w:sz w:val="18"/>
          <w:szCs w:val="18"/>
        </w:rPr>
      </w:pPr>
      <w:r w:rsidRPr="605F25CD">
        <w:rPr>
          <w:rFonts w:ascii="Montserrat" w:eastAsia="Montserrat" w:hAnsi="Montserrat" w:cs="Montserrat"/>
          <w:color w:val="auto"/>
          <w:sz w:val="18"/>
          <w:szCs w:val="18"/>
        </w:rPr>
        <w:t>Sustainability Analyst</w:t>
      </w:r>
    </w:p>
    <w:p w14:paraId="2699D08C" w14:textId="5294A92B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Finds ways to make agriculture more eco-friendly</w:t>
      </w:r>
    </w:p>
    <w:p w14:paraId="6BFADEFB" w14:textId="1F4DDFF2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🧠 Fun Fact: _______________________________</w:t>
      </w:r>
    </w:p>
    <w:p w14:paraId="49654323" w14:textId="007AABF5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⭐ Would you like this job? Why or why not? ____________________________</w:t>
      </w:r>
    </w:p>
    <w:p w14:paraId="0D9C60D5" w14:textId="216D43EC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--------------------------------------------------</w:t>
      </w:r>
    </w:p>
    <w:p w14:paraId="5AD6CE27" w14:textId="4BC5BB7B" w:rsidR="605F25CD" w:rsidRDefault="605F25CD" w:rsidP="605F25CD">
      <w:pPr>
        <w:pStyle w:val="Heading2"/>
        <w:rPr>
          <w:rFonts w:ascii="Montserrat" w:eastAsia="Montserrat" w:hAnsi="Montserrat" w:cs="Montserrat"/>
          <w:color w:val="auto"/>
          <w:sz w:val="18"/>
          <w:szCs w:val="18"/>
        </w:rPr>
      </w:pPr>
      <w:r w:rsidRPr="605F25CD">
        <w:rPr>
          <w:rFonts w:ascii="Montserrat" w:eastAsia="Montserrat" w:hAnsi="Montserrat" w:cs="Montserrat"/>
          <w:color w:val="auto"/>
          <w:sz w:val="18"/>
          <w:szCs w:val="18"/>
        </w:rPr>
        <w:t>Drone Operator</w:t>
      </w:r>
    </w:p>
    <w:p w14:paraId="4C713887" w14:textId="2C2AC3DE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Uses drones to watch crops and collect data</w:t>
      </w:r>
    </w:p>
    <w:p w14:paraId="0DE7CDE1" w14:textId="71C8B718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🧠 Fun Fact: _______________________________</w:t>
      </w:r>
    </w:p>
    <w:p w14:paraId="57B03930" w14:textId="706674D8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⭐ Would you like this job? Why or why not? ____________________________</w:t>
      </w:r>
    </w:p>
    <w:p w14:paraId="6D4008E7" w14:textId="1573E884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--------------------------------------------------</w:t>
      </w:r>
    </w:p>
    <w:p w14:paraId="3AA3A7A8" w14:textId="4D0286E4" w:rsidR="605F25CD" w:rsidRDefault="605F25CD" w:rsidP="605F25CD">
      <w:pPr>
        <w:pStyle w:val="Heading2"/>
        <w:rPr>
          <w:rFonts w:ascii="Montserrat" w:eastAsia="Montserrat" w:hAnsi="Montserrat" w:cs="Montserrat"/>
          <w:color w:val="auto"/>
          <w:sz w:val="18"/>
          <w:szCs w:val="18"/>
        </w:rPr>
      </w:pPr>
      <w:r w:rsidRPr="605F25CD">
        <w:rPr>
          <w:rFonts w:ascii="Montserrat" w:eastAsia="Montserrat" w:hAnsi="Montserrat" w:cs="Montserrat"/>
          <w:color w:val="auto"/>
          <w:sz w:val="18"/>
          <w:szCs w:val="18"/>
        </w:rPr>
        <w:t>Community/Urban Farmer</w:t>
      </w:r>
    </w:p>
    <w:p w14:paraId="6612E6DE" w14:textId="7FA8EF0A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Grows food in cities to feed local neighborhoods</w:t>
      </w:r>
    </w:p>
    <w:p w14:paraId="75F4E3C3" w14:textId="04EADD99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🧠 Fun Fact: _______________________________</w:t>
      </w:r>
    </w:p>
    <w:p w14:paraId="333B40E5" w14:textId="6570EC96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⭐ Would you like this job? Why or why not? ____________________________</w:t>
      </w:r>
    </w:p>
    <w:p w14:paraId="2159AAE1" w14:textId="5E192C44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--------------------------------------------------</w:t>
      </w:r>
    </w:p>
    <w:p w14:paraId="106AE8CC" w14:textId="1E0C613C" w:rsidR="605F25CD" w:rsidRDefault="605F25CD" w:rsidP="605F25CD">
      <w:pPr>
        <w:pStyle w:val="Heading2"/>
        <w:rPr>
          <w:rFonts w:ascii="Montserrat" w:eastAsia="Montserrat" w:hAnsi="Montserrat" w:cs="Montserrat"/>
          <w:color w:val="auto"/>
          <w:sz w:val="18"/>
          <w:szCs w:val="18"/>
        </w:rPr>
      </w:pPr>
      <w:r w:rsidRPr="605F25CD">
        <w:rPr>
          <w:rFonts w:ascii="Montserrat" w:eastAsia="Montserrat" w:hAnsi="Montserrat" w:cs="Montserrat"/>
          <w:color w:val="auto"/>
          <w:sz w:val="18"/>
          <w:szCs w:val="18"/>
        </w:rPr>
        <w:t>Golf Course Superintendent</w:t>
      </w:r>
    </w:p>
    <w:p w14:paraId="262F68F5" w14:textId="0EE75935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Manages the turf and plants on a golf course</w:t>
      </w:r>
    </w:p>
    <w:p w14:paraId="7133B1EF" w14:textId="761DB036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🧠 Fun Fact: _______________________________</w:t>
      </w:r>
    </w:p>
    <w:p w14:paraId="6EE8DE35" w14:textId="58A0664A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⭐ Would you like this job? Why or why not? ____________________________</w:t>
      </w:r>
    </w:p>
    <w:p w14:paraId="62BBFB13" w14:textId="0882D288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--------------------------------------------------</w:t>
      </w:r>
    </w:p>
    <w:p w14:paraId="0DBE453B" w14:textId="07E303C0" w:rsidR="605F25CD" w:rsidRDefault="605F25CD" w:rsidP="605F25CD">
      <w:pPr>
        <w:pStyle w:val="Heading2"/>
        <w:rPr>
          <w:rFonts w:ascii="Montserrat" w:eastAsia="Montserrat" w:hAnsi="Montserrat" w:cs="Montserrat"/>
          <w:color w:val="auto"/>
          <w:sz w:val="18"/>
          <w:szCs w:val="18"/>
        </w:rPr>
      </w:pPr>
      <w:r w:rsidRPr="605F25CD">
        <w:rPr>
          <w:rFonts w:ascii="Montserrat" w:eastAsia="Montserrat" w:hAnsi="Montserrat" w:cs="Montserrat"/>
          <w:color w:val="auto"/>
          <w:sz w:val="18"/>
          <w:szCs w:val="18"/>
        </w:rPr>
        <w:t>Hydroponics Producer</w:t>
      </w:r>
    </w:p>
    <w:p w14:paraId="44296281" w14:textId="5C56026C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Grows plants in water without soil</w:t>
      </w:r>
    </w:p>
    <w:p w14:paraId="33585101" w14:textId="7C651052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🧠 Fun Fact: _______________________________</w:t>
      </w:r>
    </w:p>
    <w:p w14:paraId="2BBBDA53" w14:textId="19B3B4DA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⭐ Would you like this job? Why or why not? ____________________________</w:t>
      </w:r>
    </w:p>
    <w:p w14:paraId="273D4AA2" w14:textId="66F012CB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--------------------------------------------------</w:t>
      </w:r>
    </w:p>
    <w:p w14:paraId="47F00196" w14:textId="6EDEE5F6" w:rsidR="605F25CD" w:rsidRDefault="605F25CD" w:rsidP="605F25CD">
      <w:pPr>
        <w:pStyle w:val="Heading2"/>
        <w:rPr>
          <w:rFonts w:ascii="Montserrat" w:eastAsia="Montserrat" w:hAnsi="Montserrat" w:cs="Montserrat"/>
          <w:color w:val="auto"/>
          <w:sz w:val="18"/>
          <w:szCs w:val="18"/>
        </w:rPr>
      </w:pPr>
      <w:r w:rsidRPr="605F25CD">
        <w:rPr>
          <w:rFonts w:ascii="Montserrat" w:eastAsia="Montserrat" w:hAnsi="Montserrat" w:cs="Montserrat"/>
          <w:color w:val="auto"/>
          <w:sz w:val="18"/>
          <w:szCs w:val="18"/>
        </w:rPr>
        <w:lastRenderedPageBreak/>
        <w:t>Greenhouse Manager</w:t>
      </w:r>
    </w:p>
    <w:p w14:paraId="58339F3C" w14:textId="6AA7BD9A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Runs a greenhouse business and keeps plants healthy</w:t>
      </w:r>
    </w:p>
    <w:p w14:paraId="38E4EE62" w14:textId="6F5034F4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🧠 Fun Fact: _______________________________</w:t>
      </w:r>
    </w:p>
    <w:p w14:paraId="0F9FAB4F" w14:textId="7177E330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⭐ Would you like this job? Why or why not? ____________________________</w:t>
      </w:r>
    </w:p>
    <w:p w14:paraId="63074C20" w14:textId="0CC7F4D8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--------------------------------------------------</w:t>
      </w:r>
    </w:p>
    <w:p w14:paraId="67C6D716" w14:textId="002D9967" w:rsidR="605F25CD" w:rsidRDefault="605F25CD" w:rsidP="605F25CD">
      <w:pPr>
        <w:pStyle w:val="Heading2"/>
        <w:rPr>
          <w:rFonts w:ascii="Montserrat" w:eastAsia="Montserrat" w:hAnsi="Montserrat" w:cs="Montserrat"/>
          <w:color w:val="auto"/>
          <w:sz w:val="18"/>
          <w:szCs w:val="18"/>
        </w:rPr>
      </w:pPr>
      <w:r w:rsidRPr="605F25CD">
        <w:rPr>
          <w:rFonts w:ascii="Montserrat" w:eastAsia="Montserrat" w:hAnsi="Montserrat" w:cs="Montserrat"/>
          <w:color w:val="auto"/>
          <w:sz w:val="18"/>
          <w:szCs w:val="18"/>
        </w:rPr>
        <w:t>Seed Analyst</w:t>
      </w:r>
    </w:p>
    <w:p w14:paraId="2FC0CC86" w14:textId="4021AB04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Tests seeds to make sure they will grow strong and healthy</w:t>
      </w:r>
    </w:p>
    <w:p w14:paraId="391B835D" w14:textId="6321483A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🧠 Fun Fact: _______________________________</w:t>
      </w:r>
    </w:p>
    <w:p w14:paraId="4179AFE2" w14:textId="7AA50EB5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⭐ Would you like this job? Why or why not? ____________________________</w:t>
      </w:r>
    </w:p>
    <w:p w14:paraId="34F3DA9C" w14:textId="4C32D66D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--------------------------------------------------</w:t>
      </w:r>
    </w:p>
    <w:p w14:paraId="62214A52" w14:textId="1EDA2F86" w:rsidR="605F25CD" w:rsidRDefault="605F25CD" w:rsidP="605F25CD">
      <w:pPr>
        <w:pStyle w:val="Heading2"/>
        <w:rPr>
          <w:rFonts w:ascii="Montserrat" w:eastAsia="Montserrat" w:hAnsi="Montserrat" w:cs="Montserrat"/>
          <w:color w:val="auto"/>
          <w:sz w:val="18"/>
          <w:szCs w:val="18"/>
        </w:rPr>
      </w:pPr>
      <w:r w:rsidRPr="605F25CD">
        <w:rPr>
          <w:rFonts w:ascii="Montserrat" w:eastAsia="Montserrat" w:hAnsi="Montserrat" w:cs="Montserrat"/>
          <w:color w:val="auto"/>
          <w:sz w:val="18"/>
          <w:szCs w:val="18"/>
        </w:rPr>
        <w:t>Nursery/Greenhouse Manager</w:t>
      </w:r>
    </w:p>
    <w:p w14:paraId="56A1636D" w14:textId="66AA8BC5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Manages plant care and customer sales in greenhouses and nurseries</w:t>
      </w:r>
    </w:p>
    <w:p w14:paraId="16CBB120" w14:textId="08BC9224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🧠 Fun Fact: _______________________________</w:t>
      </w:r>
    </w:p>
    <w:p w14:paraId="3F0DB715" w14:textId="45262C00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⭐ Would you like this job? Why or why not? ____________________________</w:t>
      </w:r>
    </w:p>
    <w:p w14:paraId="121C44C6" w14:textId="29756E9F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--------------------------------------------------</w:t>
      </w:r>
    </w:p>
    <w:p w14:paraId="3536793D" w14:textId="3B758B93" w:rsidR="605F25CD" w:rsidRDefault="605F25CD" w:rsidP="605F25CD">
      <w:pPr>
        <w:pStyle w:val="Heading2"/>
        <w:rPr>
          <w:rFonts w:ascii="Montserrat" w:eastAsia="Montserrat" w:hAnsi="Montserrat" w:cs="Montserrat"/>
          <w:color w:val="auto"/>
          <w:sz w:val="18"/>
          <w:szCs w:val="18"/>
        </w:rPr>
      </w:pPr>
      <w:r w:rsidRPr="605F25CD">
        <w:rPr>
          <w:rFonts w:ascii="Montserrat" w:eastAsia="Montserrat" w:hAnsi="Montserrat" w:cs="Montserrat"/>
          <w:color w:val="auto"/>
          <w:sz w:val="18"/>
          <w:szCs w:val="18"/>
        </w:rPr>
        <w:t>Crop Advisor</w:t>
      </w:r>
    </w:p>
    <w:p w14:paraId="05E6B84A" w14:textId="37C1042C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Gives farmers advice on how to improve their crops</w:t>
      </w:r>
    </w:p>
    <w:p w14:paraId="4A37E1E4" w14:textId="57E291E2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🧠 Fun Fact: _______________________________</w:t>
      </w:r>
    </w:p>
    <w:p w14:paraId="30EF39FF" w14:textId="54A970EB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⭐ Would you like this job? Why or why not? ____________________________</w:t>
      </w:r>
    </w:p>
    <w:p w14:paraId="66ECB824" w14:textId="05920C8A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--------------------------------------------------</w:t>
      </w:r>
    </w:p>
    <w:p w14:paraId="78019AEE" w14:textId="12686455" w:rsidR="605F25CD" w:rsidRDefault="605F25CD" w:rsidP="605F25CD">
      <w:pPr>
        <w:pStyle w:val="Heading2"/>
        <w:rPr>
          <w:rFonts w:ascii="Montserrat" w:eastAsia="Montserrat" w:hAnsi="Montserrat" w:cs="Montserrat"/>
          <w:color w:val="auto"/>
          <w:sz w:val="18"/>
          <w:szCs w:val="18"/>
        </w:rPr>
      </w:pPr>
      <w:r w:rsidRPr="605F25CD">
        <w:rPr>
          <w:rFonts w:ascii="Montserrat" w:eastAsia="Montserrat" w:hAnsi="Montserrat" w:cs="Montserrat"/>
          <w:color w:val="auto"/>
          <w:sz w:val="18"/>
          <w:szCs w:val="18"/>
        </w:rPr>
        <w:t>Crop Adjuster</w:t>
      </w:r>
    </w:p>
    <w:p w14:paraId="485AB540" w14:textId="02C9CC47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Inspects crops damaged by weather and helps process insurance claims</w:t>
      </w:r>
    </w:p>
    <w:p w14:paraId="4A21D5C6" w14:textId="0D4EE5D8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🧠 Fun Fact: _______________________________</w:t>
      </w:r>
    </w:p>
    <w:p w14:paraId="7F320DCA" w14:textId="3DBCAE79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⭐ Would you like this job? Why or why not? ____________________________</w:t>
      </w:r>
    </w:p>
    <w:p w14:paraId="1FA84C88" w14:textId="2A95D613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--------------------------------------------------</w:t>
      </w:r>
    </w:p>
    <w:p w14:paraId="23F49FA7" w14:textId="3CA52833" w:rsidR="605F25CD" w:rsidRDefault="605F25CD" w:rsidP="605F25CD">
      <w:pPr>
        <w:pStyle w:val="Heading2"/>
        <w:rPr>
          <w:rFonts w:ascii="Montserrat" w:eastAsia="Montserrat" w:hAnsi="Montserrat" w:cs="Montserrat"/>
          <w:color w:val="auto"/>
          <w:sz w:val="18"/>
          <w:szCs w:val="18"/>
        </w:rPr>
      </w:pPr>
      <w:r w:rsidRPr="605F25CD">
        <w:rPr>
          <w:rFonts w:ascii="Montserrat" w:eastAsia="Montserrat" w:hAnsi="Montserrat" w:cs="Montserrat"/>
          <w:color w:val="auto"/>
          <w:sz w:val="18"/>
          <w:szCs w:val="18"/>
        </w:rPr>
        <w:t>Entomologist</w:t>
      </w:r>
    </w:p>
    <w:p w14:paraId="0C95896B" w14:textId="12AE6D6D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Studies insects and how they affect plants</w:t>
      </w:r>
    </w:p>
    <w:p w14:paraId="7C4F71CB" w14:textId="6A541CF3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🧠 Fun Fact: _______________________________</w:t>
      </w:r>
    </w:p>
    <w:p w14:paraId="6A557C52" w14:textId="50E9AE76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⭐ Would you like this job? Why or why not? ____________________________</w:t>
      </w:r>
    </w:p>
    <w:p w14:paraId="00D35481" w14:textId="37E0C79C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--------------------------------------------------</w:t>
      </w:r>
    </w:p>
    <w:p w14:paraId="4C24DAF6" w14:textId="60D35AE9" w:rsidR="605F25CD" w:rsidRDefault="605F25CD" w:rsidP="605F25CD">
      <w:pPr>
        <w:pStyle w:val="Heading2"/>
        <w:rPr>
          <w:rFonts w:ascii="Montserrat" w:eastAsia="Montserrat" w:hAnsi="Montserrat" w:cs="Montserrat"/>
          <w:color w:val="auto"/>
          <w:sz w:val="18"/>
          <w:szCs w:val="18"/>
        </w:rPr>
      </w:pPr>
      <w:r w:rsidRPr="605F25CD">
        <w:rPr>
          <w:rFonts w:ascii="Montserrat" w:eastAsia="Montserrat" w:hAnsi="Montserrat" w:cs="Montserrat"/>
          <w:color w:val="auto"/>
          <w:sz w:val="18"/>
          <w:szCs w:val="18"/>
        </w:rPr>
        <w:lastRenderedPageBreak/>
        <w:t>Arborist</w:t>
      </w:r>
    </w:p>
    <w:p w14:paraId="73A9D532" w14:textId="48A8B9D4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Cares for and diagnoses trees in urban and rural areas</w:t>
      </w:r>
    </w:p>
    <w:p w14:paraId="4269921F" w14:textId="7C3419BE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🧠 Fun Fact: _______________________________</w:t>
      </w:r>
    </w:p>
    <w:p w14:paraId="13F07126" w14:textId="11FDED96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⭐ Would you like this job? Why or why not? ____________________________</w:t>
      </w:r>
    </w:p>
    <w:p w14:paraId="1E88A39D" w14:textId="191B09F9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--------------------------------------------------</w:t>
      </w:r>
    </w:p>
    <w:p w14:paraId="36F18CD4" w14:textId="32EBAB3C" w:rsidR="605F25CD" w:rsidRDefault="605F25CD" w:rsidP="605F25CD">
      <w:pPr>
        <w:pStyle w:val="Heading2"/>
        <w:rPr>
          <w:rFonts w:ascii="Montserrat" w:eastAsia="Montserrat" w:hAnsi="Montserrat" w:cs="Montserrat"/>
          <w:color w:val="auto"/>
          <w:sz w:val="18"/>
          <w:szCs w:val="18"/>
        </w:rPr>
      </w:pPr>
      <w:r w:rsidRPr="605F25CD">
        <w:rPr>
          <w:rFonts w:ascii="Montserrat" w:eastAsia="Montserrat" w:hAnsi="Montserrat" w:cs="Montserrat"/>
          <w:color w:val="auto"/>
          <w:sz w:val="18"/>
          <w:szCs w:val="18"/>
        </w:rPr>
        <w:t>Athletic Turf Manager</w:t>
      </w:r>
    </w:p>
    <w:p w14:paraId="35936B16" w14:textId="0BEDD296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Maintains sports fields to keep them healthy and safe</w:t>
      </w:r>
    </w:p>
    <w:p w14:paraId="7C24BDAD" w14:textId="69001692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🧠 Fun Fact: _______________________________</w:t>
      </w:r>
    </w:p>
    <w:p w14:paraId="764F2C29" w14:textId="133D665D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⭐ Would you like this job? Why or why not? ____________________________</w:t>
      </w:r>
    </w:p>
    <w:p w14:paraId="0F3EC718" w14:textId="55028ACB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  <w:r w:rsidRPr="605F25CD">
        <w:rPr>
          <w:rFonts w:ascii="Montserrat" w:eastAsia="Montserrat" w:hAnsi="Montserrat" w:cs="Montserrat"/>
          <w:sz w:val="18"/>
          <w:szCs w:val="18"/>
        </w:rPr>
        <w:t>--------------------------------------------------</w:t>
      </w:r>
    </w:p>
    <w:p w14:paraId="1948F7A9" w14:textId="34AF62CD" w:rsidR="605F25CD" w:rsidRDefault="605F25CD" w:rsidP="605F25CD">
      <w:pPr>
        <w:rPr>
          <w:rFonts w:ascii="Montserrat" w:eastAsia="Montserrat" w:hAnsi="Montserrat" w:cs="Montserrat"/>
          <w:sz w:val="18"/>
          <w:szCs w:val="18"/>
        </w:rPr>
      </w:pPr>
    </w:p>
    <w:p w14:paraId="4E03F30F" w14:textId="77777777" w:rsidR="00274D6C" w:rsidRDefault="00274D6C" w:rsidP="605F25CD">
      <w:pPr>
        <w:rPr>
          <w:rFonts w:ascii="Montserrat" w:eastAsia="Montserrat" w:hAnsi="Montserrat" w:cs="Montserrat"/>
          <w:sz w:val="18"/>
          <w:szCs w:val="18"/>
        </w:rPr>
      </w:pPr>
    </w:p>
    <w:sectPr w:rsidR="00274D6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47220303">
    <w:abstractNumId w:val="8"/>
  </w:num>
  <w:num w:numId="2" w16cid:durableId="1107852346">
    <w:abstractNumId w:val="6"/>
  </w:num>
  <w:num w:numId="3" w16cid:durableId="151992208">
    <w:abstractNumId w:val="5"/>
  </w:num>
  <w:num w:numId="4" w16cid:durableId="168568276">
    <w:abstractNumId w:val="4"/>
  </w:num>
  <w:num w:numId="5" w16cid:durableId="290791139">
    <w:abstractNumId w:val="7"/>
  </w:num>
  <w:num w:numId="6" w16cid:durableId="849216574">
    <w:abstractNumId w:val="3"/>
  </w:num>
  <w:num w:numId="7" w16cid:durableId="1186020567">
    <w:abstractNumId w:val="2"/>
  </w:num>
  <w:num w:numId="8" w16cid:durableId="158007718">
    <w:abstractNumId w:val="1"/>
  </w:num>
  <w:num w:numId="9" w16cid:durableId="907574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74D6C"/>
    <w:rsid w:val="0029639D"/>
    <w:rsid w:val="00326F90"/>
    <w:rsid w:val="00821F91"/>
    <w:rsid w:val="00A7093A"/>
    <w:rsid w:val="00AA1D8D"/>
    <w:rsid w:val="00B47730"/>
    <w:rsid w:val="00C03A3E"/>
    <w:rsid w:val="00CB0664"/>
    <w:rsid w:val="00CC44F7"/>
    <w:rsid w:val="00FC693F"/>
    <w:rsid w:val="605F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258655"/>
  <w14:defaultImageDpi w14:val="300"/>
  <w15:docId w15:val="{1054576F-A655-408A-A149-32BCFA8B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1133</Words>
  <Characters>6461</Characters>
  <Application>Microsoft Office Word</Application>
  <DocSecurity>0</DocSecurity>
  <Lines>53</Lines>
  <Paragraphs>15</Paragraphs>
  <ScaleCrop>false</ScaleCrop>
  <Manager/>
  <Company/>
  <LinksUpToDate>false</LinksUpToDate>
  <CharactersWithSpaces>7579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Haley Hampton</cp:lastModifiedBy>
  <cp:revision>4</cp:revision>
  <dcterms:created xsi:type="dcterms:W3CDTF">2025-04-17T15:45:00Z</dcterms:created>
  <dcterms:modified xsi:type="dcterms:W3CDTF">2025-07-06T21:01:00Z</dcterms:modified>
  <cp:category/>
</cp:coreProperties>
</file>