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F546A" w14:textId="77777777" w:rsidR="00681129" w:rsidRDefault="00000000" w:rsidP="00FE3057">
      <w:pPr>
        <w:pStyle w:val="Title"/>
        <w:jc w:val="center"/>
      </w:pPr>
      <w:r>
        <w:t xml:space="preserve">🎯 </w:t>
      </w:r>
      <w:r w:rsidRPr="00FE3057">
        <w:rPr>
          <w:rFonts w:ascii="Anton" w:hAnsi="Anton"/>
          <w:b/>
          <w:bCs/>
          <w:color w:val="004C97"/>
          <w:sz w:val="48"/>
          <w:szCs w:val="48"/>
        </w:rPr>
        <w:t>Career Matching Bingo Card</w:t>
      </w:r>
    </w:p>
    <w:p w14:paraId="64A6218D" w14:textId="0B7E2F50" w:rsidR="00681129" w:rsidRDefault="00B41E87" w:rsidP="0055468B">
      <w:pPr>
        <w:jc w:val="center"/>
        <w:rPr>
          <w:rFonts w:ascii="Montserrat" w:hAnsi="Montserrat"/>
          <w:sz w:val="18"/>
          <w:szCs w:val="18"/>
        </w:rPr>
      </w:pPr>
      <w:r>
        <w:rPr>
          <w:rFonts w:ascii="Montserrat" w:hAnsi="Montserrat"/>
          <w:sz w:val="18"/>
          <w:szCs w:val="18"/>
        </w:rPr>
        <w:t xml:space="preserve">Fill in the bingo card with the careers </w:t>
      </w:r>
      <w:r w:rsidR="00694CC0">
        <w:rPr>
          <w:rFonts w:ascii="Montserrat" w:hAnsi="Montserrat"/>
          <w:sz w:val="18"/>
          <w:szCs w:val="18"/>
        </w:rPr>
        <w:t>listed</w:t>
      </w:r>
      <w:r>
        <w:rPr>
          <w:rFonts w:ascii="Montserrat" w:hAnsi="Montserrat"/>
          <w:sz w:val="18"/>
          <w:szCs w:val="18"/>
        </w:rPr>
        <w:t xml:space="preserve"> below. </w:t>
      </w:r>
      <w:r w:rsidRPr="0055468B">
        <w:rPr>
          <w:rFonts w:ascii="Montserrat" w:hAnsi="Montserrat"/>
          <w:sz w:val="18"/>
          <w:szCs w:val="18"/>
        </w:rPr>
        <w:t>Mark off the careers as you learn about them. Get five in a row to win!</w:t>
      </w:r>
    </w:p>
    <w:p w14:paraId="4AD0A4B0" w14:textId="38CEE8E0" w:rsidR="00B41E87" w:rsidRPr="0055468B" w:rsidRDefault="00B41E87" w:rsidP="00A53CD6">
      <w:pPr>
        <w:jc w:val="center"/>
        <w:rPr>
          <w:rFonts w:ascii="Montserrat" w:hAnsi="Montserrat"/>
          <w:sz w:val="18"/>
          <w:szCs w:val="18"/>
        </w:rPr>
      </w:pPr>
      <w:r w:rsidRPr="00A53CD6">
        <w:rPr>
          <w:rFonts w:ascii="Montserrat" w:hAnsi="Montserrat"/>
          <w:b/>
          <w:bCs/>
          <w:sz w:val="18"/>
          <w:szCs w:val="18"/>
        </w:rPr>
        <w:t>Careers</w:t>
      </w:r>
      <w:r>
        <w:rPr>
          <w:rFonts w:ascii="Montserrat" w:hAnsi="Montserrat"/>
          <w:sz w:val="18"/>
          <w:szCs w:val="18"/>
        </w:rPr>
        <w:t xml:space="preserve">: </w:t>
      </w:r>
      <w:r w:rsidR="00A53CD6" w:rsidRPr="00A53CD6">
        <w:rPr>
          <w:rFonts w:ascii="Montserrat" w:hAnsi="Montserrat"/>
          <w:sz w:val="18"/>
          <w:szCs w:val="18"/>
        </w:rPr>
        <w:t>Plant Geneticist, Agricultural Engineer, Drone Operator, Extension Agent, Sustainability Analyst, Biotechnologist, Agronomist, Crop Scout, Customer Service Rep, Precision Ag Tech, Ag Inspector, Botanist, Irrigation Specialist, Seed Sales Rep, Plant Pathologist, Horticulturist, Soil Scientist, Greenhouse Technician, Floriculturist, Arborist, Athletic Turf Manager, Crop Advisor, Crop Adjuster, Entomologist, Community/Urban Farmer, Golf Course Superintendent, Hydroponics Producer, Greenhouse Manager, Seed Analyst, Nursery/Greenhouse Manager</w:t>
      </w:r>
    </w:p>
    <w:p w14:paraId="7F05B73D" w14:textId="414ABFFD" w:rsidR="00B41E87" w:rsidRPr="0055468B" w:rsidRDefault="00B41E87" w:rsidP="0055468B">
      <w:pPr>
        <w:jc w:val="center"/>
        <w:rPr>
          <w:rFonts w:ascii="Montserrat" w:hAnsi="Montserrat"/>
          <w:sz w:val="18"/>
          <w:szCs w:val="18"/>
        </w:rPr>
      </w:pPr>
    </w:p>
    <w:tbl>
      <w:tblPr>
        <w:tblStyle w:val="TableGrid"/>
        <w:tblW w:w="0" w:type="auto"/>
        <w:tblLook w:val="04A0" w:firstRow="1" w:lastRow="0" w:firstColumn="1" w:lastColumn="0" w:noHBand="0" w:noVBand="1"/>
      </w:tblPr>
      <w:tblGrid>
        <w:gridCol w:w="1727"/>
        <w:gridCol w:w="1727"/>
        <w:gridCol w:w="1725"/>
        <w:gridCol w:w="1725"/>
        <w:gridCol w:w="1726"/>
      </w:tblGrid>
      <w:tr w:rsidR="00681129" w:rsidRPr="0055468B" w14:paraId="54442174" w14:textId="77777777" w:rsidTr="00B41E87">
        <w:tc>
          <w:tcPr>
            <w:tcW w:w="1727" w:type="dxa"/>
          </w:tcPr>
          <w:p w14:paraId="5461FD28" w14:textId="732DC62C" w:rsidR="00681129" w:rsidRPr="0055468B" w:rsidRDefault="0055468B" w:rsidP="0055468B">
            <w:pPr>
              <w:jc w:val="center"/>
              <w:rPr>
                <w:rFonts w:ascii="Montserrat" w:hAnsi="Montserrat"/>
                <w:b/>
                <w:bCs/>
                <w:sz w:val="18"/>
                <w:szCs w:val="18"/>
              </w:rPr>
            </w:pPr>
            <w:r w:rsidRPr="0055468B">
              <w:rPr>
                <w:rFonts w:ascii="Montserrat" w:hAnsi="Montserrat"/>
                <w:b/>
                <w:bCs/>
                <w:sz w:val="18"/>
                <w:szCs w:val="18"/>
              </w:rPr>
              <w:t>P</w:t>
            </w:r>
          </w:p>
        </w:tc>
        <w:tc>
          <w:tcPr>
            <w:tcW w:w="1727" w:type="dxa"/>
          </w:tcPr>
          <w:p w14:paraId="4E39C6B1" w14:textId="4DF4D05A" w:rsidR="00681129" w:rsidRPr="0055468B" w:rsidRDefault="0055468B" w:rsidP="0055468B">
            <w:pPr>
              <w:jc w:val="center"/>
              <w:rPr>
                <w:rFonts w:ascii="Montserrat" w:hAnsi="Montserrat"/>
                <w:b/>
                <w:bCs/>
                <w:sz w:val="18"/>
                <w:szCs w:val="18"/>
              </w:rPr>
            </w:pPr>
            <w:r w:rsidRPr="0055468B">
              <w:rPr>
                <w:rFonts w:ascii="Montserrat" w:hAnsi="Montserrat"/>
                <w:b/>
                <w:bCs/>
                <w:sz w:val="18"/>
                <w:szCs w:val="18"/>
              </w:rPr>
              <w:t>L</w:t>
            </w:r>
          </w:p>
        </w:tc>
        <w:tc>
          <w:tcPr>
            <w:tcW w:w="1725" w:type="dxa"/>
          </w:tcPr>
          <w:p w14:paraId="19884201" w14:textId="02B05FBE" w:rsidR="00681129" w:rsidRPr="0055468B" w:rsidRDefault="0055468B" w:rsidP="0055468B">
            <w:pPr>
              <w:jc w:val="center"/>
              <w:rPr>
                <w:rFonts w:ascii="Montserrat" w:hAnsi="Montserrat"/>
                <w:b/>
                <w:bCs/>
                <w:sz w:val="18"/>
                <w:szCs w:val="18"/>
              </w:rPr>
            </w:pPr>
            <w:r w:rsidRPr="0055468B">
              <w:rPr>
                <w:rFonts w:ascii="Montserrat" w:hAnsi="Montserrat"/>
                <w:b/>
                <w:bCs/>
                <w:sz w:val="18"/>
                <w:szCs w:val="18"/>
              </w:rPr>
              <w:t>A</w:t>
            </w:r>
          </w:p>
        </w:tc>
        <w:tc>
          <w:tcPr>
            <w:tcW w:w="1725" w:type="dxa"/>
          </w:tcPr>
          <w:p w14:paraId="1B58E1B4" w14:textId="4948F287" w:rsidR="00681129" w:rsidRPr="0055468B" w:rsidRDefault="0055468B" w:rsidP="0055468B">
            <w:pPr>
              <w:jc w:val="center"/>
              <w:rPr>
                <w:rFonts w:ascii="Montserrat" w:hAnsi="Montserrat"/>
                <w:b/>
                <w:bCs/>
                <w:sz w:val="18"/>
                <w:szCs w:val="18"/>
              </w:rPr>
            </w:pPr>
            <w:r w:rsidRPr="0055468B">
              <w:rPr>
                <w:rFonts w:ascii="Montserrat" w:hAnsi="Montserrat"/>
                <w:b/>
                <w:bCs/>
                <w:sz w:val="18"/>
                <w:szCs w:val="18"/>
              </w:rPr>
              <w:t>N</w:t>
            </w:r>
          </w:p>
        </w:tc>
        <w:tc>
          <w:tcPr>
            <w:tcW w:w="1726" w:type="dxa"/>
          </w:tcPr>
          <w:p w14:paraId="3BD778DA" w14:textId="5265B269" w:rsidR="00681129" w:rsidRPr="0055468B" w:rsidRDefault="0055468B" w:rsidP="0055468B">
            <w:pPr>
              <w:jc w:val="center"/>
              <w:rPr>
                <w:rFonts w:ascii="Montserrat" w:hAnsi="Montserrat"/>
                <w:b/>
                <w:bCs/>
                <w:sz w:val="18"/>
                <w:szCs w:val="18"/>
              </w:rPr>
            </w:pPr>
            <w:r w:rsidRPr="0055468B">
              <w:rPr>
                <w:rFonts w:ascii="Montserrat" w:hAnsi="Montserrat"/>
                <w:b/>
                <w:bCs/>
                <w:sz w:val="18"/>
                <w:szCs w:val="18"/>
              </w:rPr>
              <w:t>T</w:t>
            </w:r>
          </w:p>
        </w:tc>
      </w:tr>
      <w:tr w:rsidR="00681129" w:rsidRPr="0055468B" w14:paraId="5D86773C" w14:textId="77777777" w:rsidTr="00B41E87">
        <w:tc>
          <w:tcPr>
            <w:tcW w:w="1727" w:type="dxa"/>
          </w:tcPr>
          <w:p w14:paraId="51A8BAA4" w14:textId="77777777" w:rsidR="0055468B" w:rsidRPr="0055468B" w:rsidRDefault="0055468B" w:rsidP="0055468B">
            <w:pPr>
              <w:jc w:val="center"/>
              <w:rPr>
                <w:rFonts w:ascii="Montserrat" w:hAnsi="Montserrat"/>
                <w:sz w:val="18"/>
                <w:szCs w:val="18"/>
              </w:rPr>
            </w:pPr>
          </w:p>
          <w:p w14:paraId="7DA93B45" w14:textId="77777777" w:rsidR="0055468B" w:rsidRPr="0055468B" w:rsidRDefault="0055468B" w:rsidP="0055468B">
            <w:pPr>
              <w:jc w:val="center"/>
              <w:rPr>
                <w:rFonts w:ascii="Montserrat" w:hAnsi="Montserrat"/>
                <w:sz w:val="18"/>
                <w:szCs w:val="18"/>
              </w:rPr>
            </w:pPr>
          </w:p>
          <w:p w14:paraId="5B10AFCC" w14:textId="77777777" w:rsidR="0055468B" w:rsidRPr="0055468B" w:rsidRDefault="0055468B" w:rsidP="0055468B">
            <w:pPr>
              <w:jc w:val="center"/>
              <w:rPr>
                <w:rFonts w:ascii="Montserrat" w:hAnsi="Montserrat"/>
                <w:sz w:val="18"/>
                <w:szCs w:val="18"/>
              </w:rPr>
            </w:pPr>
          </w:p>
          <w:p w14:paraId="50C063F2" w14:textId="77777777" w:rsidR="0055468B" w:rsidRDefault="0055468B" w:rsidP="0055468B">
            <w:pPr>
              <w:jc w:val="center"/>
              <w:rPr>
                <w:rFonts w:ascii="Montserrat" w:hAnsi="Montserrat"/>
                <w:sz w:val="18"/>
                <w:szCs w:val="18"/>
              </w:rPr>
            </w:pPr>
          </w:p>
          <w:p w14:paraId="50B00C40" w14:textId="77777777" w:rsidR="00A53CD6" w:rsidRPr="0055468B" w:rsidRDefault="00A53CD6" w:rsidP="0055468B">
            <w:pPr>
              <w:jc w:val="center"/>
              <w:rPr>
                <w:rFonts w:ascii="Montserrat" w:hAnsi="Montserrat"/>
                <w:sz w:val="18"/>
                <w:szCs w:val="18"/>
              </w:rPr>
            </w:pPr>
          </w:p>
          <w:p w14:paraId="54C44C4F" w14:textId="77777777" w:rsidR="0055468B" w:rsidRPr="0055468B" w:rsidRDefault="0055468B" w:rsidP="0055468B">
            <w:pPr>
              <w:jc w:val="center"/>
              <w:rPr>
                <w:rFonts w:ascii="Montserrat" w:hAnsi="Montserrat"/>
                <w:sz w:val="18"/>
                <w:szCs w:val="18"/>
              </w:rPr>
            </w:pPr>
          </w:p>
        </w:tc>
        <w:tc>
          <w:tcPr>
            <w:tcW w:w="1727" w:type="dxa"/>
          </w:tcPr>
          <w:p w14:paraId="0629D694" w14:textId="77777777" w:rsidR="0055468B" w:rsidRPr="0055468B" w:rsidRDefault="0055468B" w:rsidP="0055468B">
            <w:pPr>
              <w:jc w:val="center"/>
              <w:rPr>
                <w:rFonts w:ascii="Montserrat" w:hAnsi="Montserrat"/>
                <w:sz w:val="18"/>
                <w:szCs w:val="18"/>
              </w:rPr>
            </w:pPr>
          </w:p>
          <w:p w14:paraId="0619150E" w14:textId="77777777" w:rsidR="0055468B" w:rsidRPr="0055468B" w:rsidRDefault="0055468B" w:rsidP="0055468B">
            <w:pPr>
              <w:jc w:val="center"/>
              <w:rPr>
                <w:rFonts w:ascii="Montserrat" w:hAnsi="Montserrat"/>
                <w:sz w:val="18"/>
                <w:szCs w:val="18"/>
              </w:rPr>
            </w:pPr>
          </w:p>
          <w:p w14:paraId="09B0657E" w14:textId="0D489C0B" w:rsidR="00681129" w:rsidRPr="0055468B" w:rsidRDefault="00681129" w:rsidP="0055468B">
            <w:pPr>
              <w:jc w:val="center"/>
              <w:rPr>
                <w:rFonts w:ascii="Montserrat" w:hAnsi="Montserrat"/>
                <w:sz w:val="18"/>
                <w:szCs w:val="18"/>
              </w:rPr>
            </w:pPr>
          </w:p>
        </w:tc>
        <w:tc>
          <w:tcPr>
            <w:tcW w:w="1725" w:type="dxa"/>
          </w:tcPr>
          <w:p w14:paraId="1BCED58C" w14:textId="77777777" w:rsidR="0055468B" w:rsidRPr="0055468B" w:rsidRDefault="0055468B" w:rsidP="0055468B">
            <w:pPr>
              <w:jc w:val="center"/>
              <w:rPr>
                <w:rFonts w:ascii="Montserrat" w:hAnsi="Montserrat"/>
                <w:sz w:val="18"/>
                <w:szCs w:val="18"/>
              </w:rPr>
            </w:pPr>
          </w:p>
          <w:p w14:paraId="6AA7BE36" w14:textId="77777777" w:rsidR="0055468B" w:rsidRPr="0055468B" w:rsidRDefault="0055468B" w:rsidP="0055468B">
            <w:pPr>
              <w:jc w:val="center"/>
              <w:rPr>
                <w:rFonts w:ascii="Montserrat" w:hAnsi="Montserrat"/>
                <w:sz w:val="18"/>
                <w:szCs w:val="18"/>
              </w:rPr>
            </w:pPr>
          </w:p>
          <w:p w14:paraId="4F3250BD" w14:textId="104BD3B6" w:rsidR="00681129" w:rsidRPr="0055468B" w:rsidRDefault="00681129" w:rsidP="0055468B">
            <w:pPr>
              <w:jc w:val="center"/>
              <w:rPr>
                <w:rFonts w:ascii="Montserrat" w:hAnsi="Montserrat"/>
                <w:sz w:val="18"/>
                <w:szCs w:val="18"/>
              </w:rPr>
            </w:pPr>
          </w:p>
        </w:tc>
        <w:tc>
          <w:tcPr>
            <w:tcW w:w="1725" w:type="dxa"/>
          </w:tcPr>
          <w:p w14:paraId="69D5377C" w14:textId="77777777" w:rsidR="0055468B" w:rsidRPr="0055468B" w:rsidRDefault="0055468B" w:rsidP="0055468B">
            <w:pPr>
              <w:jc w:val="center"/>
              <w:rPr>
                <w:rFonts w:ascii="Montserrat" w:hAnsi="Montserrat"/>
                <w:sz w:val="18"/>
                <w:szCs w:val="18"/>
              </w:rPr>
            </w:pPr>
          </w:p>
          <w:p w14:paraId="2F3DE99B" w14:textId="77777777" w:rsidR="0055468B" w:rsidRPr="0055468B" w:rsidRDefault="0055468B" w:rsidP="0055468B">
            <w:pPr>
              <w:jc w:val="center"/>
              <w:rPr>
                <w:rFonts w:ascii="Montserrat" w:hAnsi="Montserrat"/>
                <w:sz w:val="18"/>
                <w:szCs w:val="18"/>
              </w:rPr>
            </w:pPr>
          </w:p>
          <w:p w14:paraId="585044D1" w14:textId="7CF30C66" w:rsidR="00681129" w:rsidRPr="0055468B" w:rsidRDefault="00681129" w:rsidP="0055468B">
            <w:pPr>
              <w:jc w:val="center"/>
              <w:rPr>
                <w:rFonts w:ascii="Montserrat" w:hAnsi="Montserrat"/>
                <w:sz w:val="18"/>
                <w:szCs w:val="18"/>
              </w:rPr>
            </w:pPr>
          </w:p>
        </w:tc>
        <w:tc>
          <w:tcPr>
            <w:tcW w:w="1726" w:type="dxa"/>
          </w:tcPr>
          <w:p w14:paraId="74E3A2B1" w14:textId="77777777" w:rsidR="0055468B" w:rsidRPr="0055468B" w:rsidRDefault="0055468B" w:rsidP="0055468B">
            <w:pPr>
              <w:jc w:val="center"/>
              <w:rPr>
                <w:rFonts w:ascii="Montserrat" w:hAnsi="Montserrat"/>
                <w:sz w:val="18"/>
                <w:szCs w:val="18"/>
              </w:rPr>
            </w:pPr>
          </w:p>
          <w:p w14:paraId="06B1A946" w14:textId="77777777" w:rsidR="0055468B" w:rsidRPr="0055468B" w:rsidRDefault="0055468B" w:rsidP="0055468B">
            <w:pPr>
              <w:jc w:val="center"/>
              <w:rPr>
                <w:rFonts w:ascii="Montserrat" w:hAnsi="Montserrat"/>
                <w:sz w:val="18"/>
                <w:szCs w:val="18"/>
              </w:rPr>
            </w:pPr>
          </w:p>
          <w:p w14:paraId="1A6CDDD2" w14:textId="6DE0CD6B" w:rsidR="00681129" w:rsidRPr="0055468B" w:rsidRDefault="00681129" w:rsidP="0055468B">
            <w:pPr>
              <w:jc w:val="center"/>
              <w:rPr>
                <w:rFonts w:ascii="Montserrat" w:hAnsi="Montserrat"/>
                <w:sz w:val="18"/>
                <w:szCs w:val="18"/>
              </w:rPr>
            </w:pPr>
          </w:p>
        </w:tc>
      </w:tr>
      <w:tr w:rsidR="00A53CD6" w:rsidRPr="0055468B" w14:paraId="4454747C" w14:textId="77777777" w:rsidTr="00B41E87">
        <w:tc>
          <w:tcPr>
            <w:tcW w:w="1727" w:type="dxa"/>
          </w:tcPr>
          <w:p w14:paraId="488A3E35" w14:textId="77777777" w:rsidR="00A53CD6" w:rsidRPr="0055468B" w:rsidRDefault="00A53CD6" w:rsidP="00A53CD6">
            <w:pPr>
              <w:jc w:val="center"/>
              <w:rPr>
                <w:rFonts w:ascii="Montserrat" w:hAnsi="Montserrat"/>
                <w:sz w:val="18"/>
                <w:szCs w:val="18"/>
              </w:rPr>
            </w:pPr>
          </w:p>
          <w:p w14:paraId="7A81421B" w14:textId="77777777" w:rsidR="00A53CD6" w:rsidRDefault="00A53CD6" w:rsidP="00A53CD6">
            <w:pPr>
              <w:jc w:val="center"/>
              <w:rPr>
                <w:rFonts w:ascii="Montserrat" w:hAnsi="Montserrat"/>
                <w:sz w:val="18"/>
                <w:szCs w:val="18"/>
              </w:rPr>
            </w:pPr>
          </w:p>
          <w:p w14:paraId="0DAB41B0" w14:textId="77777777" w:rsidR="00A53CD6" w:rsidRPr="0055468B" w:rsidRDefault="00A53CD6" w:rsidP="00A53CD6">
            <w:pPr>
              <w:jc w:val="center"/>
              <w:rPr>
                <w:rFonts w:ascii="Montserrat" w:hAnsi="Montserrat"/>
                <w:sz w:val="18"/>
                <w:szCs w:val="18"/>
              </w:rPr>
            </w:pPr>
          </w:p>
          <w:p w14:paraId="4BD1F141" w14:textId="77777777" w:rsidR="00A53CD6" w:rsidRPr="0055468B" w:rsidRDefault="00A53CD6" w:rsidP="00A53CD6">
            <w:pPr>
              <w:jc w:val="center"/>
              <w:rPr>
                <w:rFonts w:ascii="Montserrat" w:hAnsi="Montserrat"/>
                <w:sz w:val="18"/>
                <w:szCs w:val="18"/>
              </w:rPr>
            </w:pPr>
          </w:p>
          <w:p w14:paraId="502136BC" w14:textId="77777777" w:rsidR="00A53CD6" w:rsidRPr="0055468B" w:rsidRDefault="00A53CD6" w:rsidP="00A53CD6">
            <w:pPr>
              <w:jc w:val="center"/>
              <w:rPr>
                <w:rFonts w:ascii="Montserrat" w:hAnsi="Montserrat"/>
                <w:sz w:val="18"/>
                <w:szCs w:val="18"/>
              </w:rPr>
            </w:pPr>
          </w:p>
          <w:p w14:paraId="0A99309C" w14:textId="7FC7174C" w:rsidR="00A53CD6" w:rsidRPr="0055468B" w:rsidRDefault="00A53CD6" w:rsidP="00A53CD6">
            <w:pPr>
              <w:jc w:val="center"/>
              <w:rPr>
                <w:rFonts w:ascii="Montserrat" w:hAnsi="Montserrat"/>
                <w:sz w:val="18"/>
                <w:szCs w:val="18"/>
              </w:rPr>
            </w:pPr>
          </w:p>
        </w:tc>
        <w:tc>
          <w:tcPr>
            <w:tcW w:w="1727" w:type="dxa"/>
          </w:tcPr>
          <w:p w14:paraId="253DA842" w14:textId="77777777" w:rsidR="00A53CD6" w:rsidRPr="0055468B" w:rsidRDefault="00A53CD6" w:rsidP="00A53CD6">
            <w:pPr>
              <w:jc w:val="center"/>
              <w:rPr>
                <w:rFonts w:ascii="Montserrat" w:hAnsi="Montserrat"/>
                <w:sz w:val="18"/>
                <w:szCs w:val="18"/>
              </w:rPr>
            </w:pPr>
          </w:p>
          <w:p w14:paraId="496CBD46" w14:textId="77777777" w:rsidR="00A53CD6" w:rsidRPr="0055468B" w:rsidRDefault="00A53CD6" w:rsidP="00A53CD6">
            <w:pPr>
              <w:jc w:val="center"/>
              <w:rPr>
                <w:rFonts w:ascii="Montserrat" w:hAnsi="Montserrat"/>
                <w:sz w:val="18"/>
                <w:szCs w:val="18"/>
              </w:rPr>
            </w:pPr>
          </w:p>
          <w:p w14:paraId="31EA9528" w14:textId="2CD4FAEB" w:rsidR="00A53CD6" w:rsidRPr="0055468B" w:rsidRDefault="00A53CD6" w:rsidP="00A53CD6">
            <w:pPr>
              <w:jc w:val="center"/>
              <w:rPr>
                <w:rFonts w:ascii="Montserrat" w:hAnsi="Montserrat"/>
                <w:sz w:val="18"/>
                <w:szCs w:val="18"/>
              </w:rPr>
            </w:pPr>
          </w:p>
        </w:tc>
        <w:tc>
          <w:tcPr>
            <w:tcW w:w="1725" w:type="dxa"/>
          </w:tcPr>
          <w:p w14:paraId="6BA60357" w14:textId="77777777" w:rsidR="00A53CD6" w:rsidRPr="0055468B" w:rsidRDefault="00A53CD6" w:rsidP="00A53CD6">
            <w:pPr>
              <w:jc w:val="center"/>
              <w:rPr>
                <w:rFonts w:ascii="Montserrat" w:hAnsi="Montserrat"/>
                <w:sz w:val="18"/>
                <w:szCs w:val="18"/>
              </w:rPr>
            </w:pPr>
          </w:p>
          <w:p w14:paraId="5ADB036F" w14:textId="77777777" w:rsidR="00A53CD6" w:rsidRPr="0055468B" w:rsidRDefault="00A53CD6" w:rsidP="00A53CD6">
            <w:pPr>
              <w:jc w:val="center"/>
              <w:rPr>
                <w:rFonts w:ascii="Montserrat" w:hAnsi="Montserrat"/>
                <w:sz w:val="18"/>
                <w:szCs w:val="18"/>
              </w:rPr>
            </w:pPr>
          </w:p>
          <w:p w14:paraId="0F68FA1F" w14:textId="0A873E38" w:rsidR="00A53CD6" w:rsidRPr="0055468B" w:rsidRDefault="00A53CD6" w:rsidP="00A53CD6">
            <w:pPr>
              <w:jc w:val="center"/>
              <w:rPr>
                <w:rFonts w:ascii="Montserrat" w:hAnsi="Montserrat"/>
                <w:sz w:val="18"/>
                <w:szCs w:val="18"/>
              </w:rPr>
            </w:pPr>
          </w:p>
        </w:tc>
        <w:tc>
          <w:tcPr>
            <w:tcW w:w="1725" w:type="dxa"/>
          </w:tcPr>
          <w:p w14:paraId="1F1FA9A5" w14:textId="77777777" w:rsidR="00A53CD6" w:rsidRPr="0055468B" w:rsidRDefault="00A53CD6" w:rsidP="00A53CD6">
            <w:pPr>
              <w:jc w:val="center"/>
              <w:rPr>
                <w:rFonts w:ascii="Montserrat" w:hAnsi="Montserrat"/>
                <w:sz w:val="18"/>
                <w:szCs w:val="18"/>
              </w:rPr>
            </w:pPr>
          </w:p>
          <w:p w14:paraId="1CBBDD22" w14:textId="77777777" w:rsidR="00A53CD6" w:rsidRPr="0055468B" w:rsidRDefault="00A53CD6" w:rsidP="00A53CD6">
            <w:pPr>
              <w:jc w:val="center"/>
              <w:rPr>
                <w:rFonts w:ascii="Montserrat" w:hAnsi="Montserrat"/>
                <w:sz w:val="18"/>
                <w:szCs w:val="18"/>
              </w:rPr>
            </w:pPr>
          </w:p>
          <w:p w14:paraId="495041E4" w14:textId="257BA985" w:rsidR="00A53CD6" w:rsidRPr="0055468B" w:rsidRDefault="00A53CD6" w:rsidP="00A53CD6">
            <w:pPr>
              <w:jc w:val="center"/>
              <w:rPr>
                <w:rFonts w:ascii="Montserrat" w:hAnsi="Montserrat"/>
                <w:sz w:val="18"/>
                <w:szCs w:val="18"/>
              </w:rPr>
            </w:pPr>
          </w:p>
        </w:tc>
        <w:tc>
          <w:tcPr>
            <w:tcW w:w="1726" w:type="dxa"/>
          </w:tcPr>
          <w:p w14:paraId="6E1F320C" w14:textId="77777777" w:rsidR="00A53CD6" w:rsidRPr="0055468B" w:rsidRDefault="00A53CD6" w:rsidP="00A53CD6">
            <w:pPr>
              <w:jc w:val="center"/>
              <w:rPr>
                <w:rFonts w:ascii="Montserrat" w:hAnsi="Montserrat"/>
                <w:sz w:val="18"/>
                <w:szCs w:val="18"/>
              </w:rPr>
            </w:pPr>
          </w:p>
          <w:p w14:paraId="3DCFE840" w14:textId="77777777" w:rsidR="00A53CD6" w:rsidRPr="0055468B" w:rsidRDefault="00A53CD6" w:rsidP="00A53CD6">
            <w:pPr>
              <w:jc w:val="center"/>
              <w:rPr>
                <w:rFonts w:ascii="Montserrat" w:hAnsi="Montserrat"/>
                <w:sz w:val="18"/>
                <w:szCs w:val="18"/>
              </w:rPr>
            </w:pPr>
          </w:p>
          <w:p w14:paraId="26FC9E5F" w14:textId="3B3D0765" w:rsidR="00A53CD6" w:rsidRPr="0055468B" w:rsidRDefault="00A53CD6" w:rsidP="00A53CD6">
            <w:pPr>
              <w:jc w:val="center"/>
              <w:rPr>
                <w:rFonts w:ascii="Montserrat" w:hAnsi="Montserrat"/>
                <w:sz w:val="18"/>
                <w:szCs w:val="18"/>
              </w:rPr>
            </w:pPr>
          </w:p>
        </w:tc>
      </w:tr>
      <w:tr w:rsidR="00A53CD6" w:rsidRPr="0055468B" w14:paraId="545B7CD1" w14:textId="77777777" w:rsidTr="00B41E87">
        <w:tc>
          <w:tcPr>
            <w:tcW w:w="1727" w:type="dxa"/>
          </w:tcPr>
          <w:p w14:paraId="38645F4A" w14:textId="77777777" w:rsidR="00A53CD6" w:rsidRPr="0055468B" w:rsidRDefault="00A53CD6" w:rsidP="00A53CD6">
            <w:pPr>
              <w:jc w:val="center"/>
              <w:rPr>
                <w:rFonts w:ascii="Montserrat" w:hAnsi="Montserrat"/>
                <w:sz w:val="18"/>
                <w:szCs w:val="18"/>
              </w:rPr>
            </w:pPr>
          </w:p>
          <w:p w14:paraId="7DA86183" w14:textId="77777777" w:rsidR="00A53CD6" w:rsidRDefault="00A53CD6" w:rsidP="00A53CD6">
            <w:pPr>
              <w:jc w:val="center"/>
              <w:rPr>
                <w:rFonts w:ascii="Montserrat" w:hAnsi="Montserrat"/>
                <w:sz w:val="18"/>
                <w:szCs w:val="18"/>
              </w:rPr>
            </w:pPr>
          </w:p>
          <w:p w14:paraId="6DBEEDBF" w14:textId="77777777" w:rsidR="00A53CD6" w:rsidRPr="0055468B" w:rsidRDefault="00A53CD6" w:rsidP="00A53CD6">
            <w:pPr>
              <w:jc w:val="center"/>
              <w:rPr>
                <w:rFonts w:ascii="Montserrat" w:hAnsi="Montserrat"/>
                <w:sz w:val="18"/>
                <w:szCs w:val="18"/>
              </w:rPr>
            </w:pPr>
          </w:p>
          <w:p w14:paraId="3FB1D14E" w14:textId="77777777" w:rsidR="00A53CD6" w:rsidRPr="0055468B" w:rsidRDefault="00A53CD6" w:rsidP="00A53CD6">
            <w:pPr>
              <w:jc w:val="center"/>
              <w:rPr>
                <w:rFonts w:ascii="Montserrat" w:hAnsi="Montserrat"/>
                <w:sz w:val="18"/>
                <w:szCs w:val="18"/>
              </w:rPr>
            </w:pPr>
          </w:p>
          <w:p w14:paraId="23B77AC6" w14:textId="77777777" w:rsidR="00A53CD6" w:rsidRPr="0055468B" w:rsidRDefault="00A53CD6" w:rsidP="00A53CD6">
            <w:pPr>
              <w:jc w:val="center"/>
              <w:rPr>
                <w:rFonts w:ascii="Montserrat" w:hAnsi="Montserrat"/>
                <w:sz w:val="18"/>
                <w:szCs w:val="18"/>
              </w:rPr>
            </w:pPr>
          </w:p>
          <w:p w14:paraId="770587F1" w14:textId="77777777" w:rsidR="00A53CD6" w:rsidRPr="0055468B" w:rsidRDefault="00A53CD6" w:rsidP="00A53CD6">
            <w:pPr>
              <w:jc w:val="center"/>
              <w:rPr>
                <w:rFonts w:ascii="Montserrat" w:hAnsi="Montserrat"/>
                <w:sz w:val="18"/>
                <w:szCs w:val="18"/>
              </w:rPr>
            </w:pPr>
          </w:p>
        </w:tc>
        <w:tc>
          <w:tcPr>
            <w:tcW w:w="1727" w:type="dxa"/>
          </w:tcPr>
          <w:p w14:paraId="50EDC4D0" w14:textId="77777777" w:rsidR="00A53CD6" w:rsidRPr="0055468B" w:rsidRDefault="00A53CD6" w:rsidP="00A53CD6">
            <w:pPr>
              <w:jc w:val="center"/>
              <w:rPr>
                <w:rFonts w:ascii="Montserrat" w:hAnsi="Montserrat"/>
                <w:sz w:val="18"/>
                <w:szCs w:val="18"/>
              </w:rPr>
            </w:pPr>
          </w:p>
          <w:p w14:paraId="4CA432F5" w14:textId="77777777" w:rsidR="00A53CD6" w:rsidRPr="0055468B" w:rsidRDefault="00A53CD6" w:rsidP="00A53CD6">
            <w:pPr>
              <w:jc w:val="center"/>
              <w:rPr>
                <w:rFonts w:ascii="Montserrat" w:hAnsi="Montserrat"/>
                <w:sz w:val="18"/>
                <w:szCs w:val="18"/>
              </w:rPr>
            </w:pPr>
          </w:p>
          <w:p w14:paraId="2A3D3305" w14:textId="242DBEC8" w:rsidR="00A53CD6" w:rsidRPr="0055468B" w:rsidRDefault="00A53CD6" w:rsidP="00A53CD6">
            <w:pPr>
              <w:jc w:val="center"/>
              <w:rPr>
                <w:rFonts w:ascii="Montserrat" w:hAnsi="Montserrat"/>
                <w:sz w:val="18"/>
                <w:szCs w:val="18"/>
              </w:rPr>
            </w:pPr>
          </w:p>
        </w:tc>
        <w:tc>
          <w:tcPr>
            <w:tcW w:w="1725" w:type="dxa"/>
          </w:tcPr>
          <w:p w14:paraId="0C581727" w14:textId="77777777" w:rsidR="00A53CD6" w:rsidRPr="0055468B" w:rsidRDefault="00A53CD6" w:rsidP="00A53CD6">
            <w:pPr>
              <w:jc w:val="center"/>
              <w:rPr>
                <w:rFonts w:ascii="Montserrat" w:hAnsi="Montserrat"/>
                <w:sz w:val="18"/>
                <w:szCs w:val="18"/>
              </w:rPr>
            </w:pPr>
          </w:p>
          <w:p w14:paraId="56C73729" w14:textId="77777777" w:rsidR="00A53CD6" w:rsidRDefault="00A53CD6" w:rsidP="00A53CD6">
            <w:pPr>
              <w:jc w:val="center"/>
              <w:rPr>
                <w:rFonts w:ascii="Montserrat" w:hAnsi="Montserrat"/>
                <w:sz w:val="18"/>
                <w:szCs w:val="18"/>
              </w:rPr>
            </w:pPr>
          </w:p>
          <w:p w14:paraId="2A7CE12D" w14:textId="07E42760" w:rsidR="00A53CD6" w:rsidRPr="0055468B" w:rsidRDefault="00A53CD6" w:rsidP="00A53CD6">
            <w:pPr>
              <w:jc w:val="center"/>
              <w:rPr>
                <w:rFonts w:ascii="Montserrat" w:hAnsi="Montserrat"/>
                <w:sz w:val="18"/>
                <w:szCs w:val="18"/>
              </w:rPr>
            </w:pPr>
            <w:r>
              <w:rPr>
                <w:rFonts w:ascii="Montserrat" w:hAnsi="Montserrat"/>
                <w:sz w:val="18"/>
                <w:szCs w:val="18"/>
              </w:rPr>
              <w:t>Free Space</w:t>
            </w:r>
          </w:p>
          <w:p w14:paraId="08DB1412" w14:textId="5243C136" w:rsidR="00A53CD6" w:rsidRPr="0055468B" w:rsidRDefault="00A53CD6" w:rsidP="00A53CD6">
            <w:pPr>
              <w:jc w:val="center"/>
              <w:rPr>
                <w:rFonts w:ascii="Montserrat" w:hAnsi="Montserrat"/>
                <w:sz w:val="18"/>
                <w:szCs w:val="18"/>
              </w:rPr>
            </w:pPr>
          </w:p>
        </w:tc>
        <w:tc>
          <w:tcPr>
            <w:tcW w:w="1725" w:type="dxa"/>
          </w:tcPr>
          <w:p w14:paraId="13D7430F" w14:textId="77777777" w:rsidR="00A53CD6" w:rsidRPr="0055468B" w:rsidRDefault="00A53CD6" w:rsidP="00A53CD6">
            <w:pPr>
              <w:jc w:val="center"/>
              <w:rPr>
                <w:rFonts w:ascii="Montserrat" w:hAnsi="Montserrat"/>
                <w:sz w:val="18"/>
                <w:szCs w:val="18"/>
              </w:rPr>
            </w:pPr>
          </w:p>
          <w:p w14:paraId="44344368" w14:textId="77777777" w:rsidR="00A53CD6" w:rsidRPr="0055468B" w:rsidRDefault="00A53CD6" w:rsidP="00A53CD6">
            <w:pPr>
              <w:jc w:val="center"/>
              <w:rPr>
                <w:rFonts w:ascii="Montserrat" w:hAnsi="Montserrat"/>
                <w:sz w:val="18"/>
                <w:szCs w:val="18"/>
              </w:rPr>
            </w:pPr>
          </w:p>
          <w:p w14:paraId="579DB46E" w14:textId="3F2A212A" w:rsidR="00A53CD6" w:rsidRPr="0055468B" w:rsidRDefault="00A53CD6" w:rsidP="00A53CD6">
            <w:pPr>
              <w:jc w:val="center"/>
              <w:rPr>
                <w:rFonts w:ascii="Montserrat" w:hAnsi="Montserrat"/>
                <w:sz w:val="18"/>
                <w:szCs w:val="18"/>
              </w:rPr>
            </w:pPr>
          </w:p>
        </w:tc>
        <w:tc>
          <w:tcPr>
            <w:tcW w:w="1726" w:type="dxa"/>
          </w:tcPr>
          <w:p w14:paraId="240AC606" w14:textId="77777777" w:rsidR="00A53CD6" w:rsidRPr="0055468B" w:rsidRDefault="00A53CD6" w:rsidP="00A53CD6">
            <w:pPr>
              <w:jc w:val="center"/>
              <w:rPr>
                <w:rFonts w:ascii="Montserrat" w:hAnsi="Montserrat"/>
                <w:sz w:val="18"/>
                <w:szCs w:val="18"/>
              </w:rPr>
            </w:pPr>
          </w:p>
          <w:p w14:paraId="4C5B9478" w14:textId="77777777" w:rsidR="00A53CD6" w:rsidRPr="0055468B" w:rsidRDefault="00A53CD6" w:rsidP="00A53CD6">
            <w:pPr>
              <w:jc w:val="center"/>
              <w:rPr>
                <w:rFonts w:ascii="Montserrat" w:hAnsi="Montserrat"/>
                <w:sz w:val="18"/>
                <w:szCs w:val="18"/>
              </w:rPr>
            </w:pPr>
          </w:p>
          <w:p w14:paraId="581FBB26" w14:textId="0A2FCA74" w:rsidR="00A53CD6" w:rsidRPr="0055468B" w:rsidRDefault="00A53CD6" w:rsidP="00A53CD6">
            <w:pPr>
              <w:jc w:val="center"/>
              <w:rPr>
                <w:rFonts w:ascii="Montserrat" w:hAnsi="Montserrat"/>
                <w:sz w:val="18"/>
                <w:szCs w:val="18"/>
              </w:rPr>
            </w:pPr>
          </w:p>
        </w:tc>
      </w:tr>
      <w:tr w:rsidR="00A53CD6" w:rsidRPr="0055468B" w14:paraId="617AD6D6" w14:textId="77777777" w:rsidTr="00B41E87">
        <w:tc>
          <w:tcPr>
            <w:tcW w:w="1727" w:type="dxa"/>
          </w:tcPr>
          <w:p w14:paraId="10202211" w14:textId="77777777" w:rsidR="00A53CD6" w:rsidRPr="0055468B" w:rsidRDefault="00A53CD6" w:rsidP="00A53CD6">
            <w:pPr>
              <w:jc w:val="center"/>
              <w:rPr>
                <w:rFonts w:ascii="Montserrat" w:hAnsi="Montserrat"/>
                <w:sz w:val="18"/>
                <w:szCs w:val="18"/>
              </w:rPr>
            </w:pPr>
          </w:p>
          <w:p w14:paraId="3BC7A80A" w14:textId="77777777" w:rsidR="00A53CD6" w:rsidRDefault="00A53CD6" w:rsidP="00A53CD6">
            <w:pPr>
              <w:jc w:val="center"/>
              <w:rPr>
                <w:rFonts w:ascii="Montserrat" w:hAnsi="Montserrat"/>
                <w:sz w:val="18"/>
                <w:szCs w:val="18"/>
              </w:rPr>
            </w:pPr>
          </w:p>
          <w:p w14:paraId="19614EBE" w14:textId="77777777" w:rsidR="00A53CD6" w:rsidRPr="0055468B" w:rsidRDefault="00A53CD6" w:rsidP="00A53CD6">
            <w:pPr>
              <w:jc w:val="center"/>
              <w:rPr>
                <w:rFonts w:ascii="Montserrat" w:hAnsi="Montserrat"/>
                <w:sz w:val="18"/>
                <w:szCs w:val="18"/>
              </w:rPr>
            </w:pPr>
          </w:p>
          <w:p w14:paraId="75865482" w14:textId="77777777" w:rsidR="00A53CD6" w:rsidRPr="0055468B" w:rsidRDefault="00A53CD6" w:rsidP="00A53CD6">
            <w:pPr>
              <w:jc w:val="center"/>
              <w:rPr>
                <w:rFonts w:ascii="Montserrat" w:hAnsi="Montserrat"/>
                <w:sz w:val="18"/>
                <w:szCs w:val="18"/>
              </w:rPr>
            </w:pPr>
          </w:p>
          <w:p w14:paraId="3D64E701" w14:textId="77777777" w:rsidR="00A53CD6" w:rsidRPr="0055468B" w:rsidRDefault="00A53CD6" w:rsidP="00A53CD6">
            <w:pPr>
              <w:jc w:val="center"/>
              <w:rPr>
                <w:rFonts w:ascii="Montserrat" w:hAnsi="Montserrat"/>
                <w:sz w:val="18"/>
                <w:szCs w:val="18"/>
              </w:rPr>
            </w:pPr>
          </w:p>
          <w:p w14:paraId="54D039DD" w14:textId="77777777" w:rsidR="00A53CD6" w:rsidRPr="0055468B" w:rsidRDefault="00A53CD6" w:rsidP="00A53CD6">
            <w:pPr>
              <w:jc w:val="center"/>
              <w:rPr>
                <w:rFonts w:ascii="Montserrat" w:hAnsi="Montserrat"/>
                <w:sz w:val="18"/>
                <w:szCs w:val="18"/>
              </w:rPr>
            </w:pPr>
          </w:p>
        </w:tc>
        <w:tc>
          <w:tcPr>
            <w:tcW w:w="1727" w:type="dxa"/>
          </w:tcPr>
          <w:p w14:paraId="62FEDADE" w14:textId="77777777" w:rsidR="00A53CD6" w:rsidRPr="0055468B" w:rsidRDefault="00A53CD6" w:rsidP="00A53CD6">
            <w:pPr>
              <w:jc w:val="center"/>
              <w:rPr>
                <w:rFonts w:ascii="Montserrat" w:hAnsi="Montserrat"/>
                <w:sz w:val="18"/>
                <w:szCs w:val="18"/>
              </w:rPr>
            </w:pPr>
          </w:p>
          <w:p w14:paraId="661F57C1" w14:textId="77777777" w:rsidR="00A53CD6" w:rsidRPr="0055468B" w:rsidRDefault="00A53CD6" w:rsidP="00A53CD6">
            <w:pPr>
              <w:jc w:val="center"/>
              <w:rPr>
                <w:rFonts w:ascii="Montserrat" w:hAnsi="Montserrat"/>
                <w:sz w:val="18"/>
                <w:szCs w:val="18"/>
              </w:rPr>
            </w:pPr>
          </w:p>
          <w:p w14:paraId="5348A841" w14:textId="3D0B753D" w:rsidR="00A53CD6" w:rsidRPr="0055468B" w:rsidRDefault="00A53CD6" w:rsidP="00A53CD6">
            <w:pPr>
              <w:jc w:val="center"/>
              <w:rPr>
                <w:rFonts w:ascii="Montserrat" w:hAnsi="Montserrat"/>
                <w:sz w:val="18"/>
                <w:szCs w:val="18"/>
              </w:rPr>
            </w:pPr>
          </w:p>
        </w:tc>
        <w:tc>
          <w:tcPr>
            <w:tcW w:w="1725" w:type="dxa"/>
          </w:tcPr>
          <w:p w14:paraId="5B767089" w14:textId="77777777" w:rsidR="00A53CD6" w:rsidRPr="0055468B" w:rsidRDefault="00A53CD6" w:rsidP="00A53CD6">
            <w:pPr>
              <w:jc w:val="center"/>
              <w:rPr>
                <w:rFonts w:ascii="Montserrat" w:hAnsi="Montserrat"/>
                <w:sz w:val="18"/>
                <w:szCs w:val="18"/>
              </w:rPr>
            </w:pPr>
          </w:p>
          <w:p w14:paraId="69C82769" w14:textId="77777777" w:rsidR="00A53CD6" w:rsidRPr="0055468B" w:rsidRDefault="00A53CD6" w:rsidP="00A53CD6">
            <w:pPr>
              <w:jc w:val="center"/>
              <w:rPr>
                <w:rFonts w:ascii="Montserrat" w:hAnsi="Montserrat"/>
                <w:sz w:val="18"/>
                <w:szCs w:val="18"/>
              </w:rPr>
            </w:pPr>
          </w:p>
          <w:p w14:paraId="256B9EB4" w14:textId="168E4561" w:rsidR="00A53CD6" w:rsidRPr="0055468B" w:rsidRDefault="00A53CD6" w:rsidP="00A53CD6">
            <w:pPr>
              <w:jc w:val="center"/>
              <w:rPr>
                <w:rFonts w:ascii="Montserrat" w:hAnsi="Montserrat"/>
                <w:sz w:val="18"/>
                <w:szCs w:val="18"/>
              </w:rPr>
            </w:pPr>
          </w:p>
        </w:tc>
        <w:tc>
          <w:tcPr>
            <w:tcW w:w="1725" w:type="dxa"/>
          </w:tcPr>
          <w:p w14:paraId="3E9CD9B6" w14:textId="77777777" w:rsidR="00A53CD6" w:rsidRPr="0055468B" w:rsidRDefault="00A53CD6" w:rsidP="00A53CD6">
            <w:pPr>
              <w:jc w:val="center"/>
              <w:rPr>
                <w:rFonts w:ascii="Montserrat" w:hAnsi="Montserrat"/>
                <w:sz w:val="18"/>
                <w:szCs w:val="18"/>
              </w:rPr>
            </w:pPr>
          </w:p>
          <w:p w14:paraId="2258EA8B" w14:textId="77777777" w:rsidR="00A53CD6" w:rsidRPr="0055468B" w:rsidRDefault="00A53CD6" w:rsidP="00A53CD6">
            <w:pPr>
              <w:jc w:val="center"/>
              <w:rPr>
                <w:rFonts w:ascii="Montserrat" w:hAnsi="Montserrat"/>
                <w:sz w:val="18"/>
                <w:szCs w:val="18"/>
              </w:rPr>
            </w:pPr>
          </w:p>
          <w:p w14:paraId="2CB4381B" w14:textId="4CAA387E" w:rsidR="00A53CD6" w:rsidRPr="0055468B" w:rsidRDefault="00A53CD6" w:rsidP="00A53CD6">
            <w:pPr>
              <w:jc w:val="center"/>
              <w:rPr>
                <w:rFonts w:ascii="Montserrat" w:hAnsi="Montserrat"/>
                <w:sz w:val="18"/>
                <w:szCs w:val="18"/>
              </w:rPr>
            </w:pPr>
          </w:p>
        </w:tc>
        <w:tc>
          <w:tcPr>
            <w:tcW w:w="1726" w:type="dxa"/>
          </w:tcPr>
          <w:p w14:paraId="482A9EA7" w14:textId="77777777" w:rsidR="00A53CD6" w:rsidRPr="0055468B" w:rsidRDefault="00A53CD6" w:rsidP="00A53CD6">
            <w:pPr>
              <w:jc w:val="center"/>
              <w:rPr>
                <w:rFonts w:ascii="Montserrat" w:hAnsi="Montserrat"/>
                <w:sz w:val="18"/>
                <w:szCs w:val="18"/>
              </w:rPr>
            </w:pPr>
          </w:p>
          <w:p w14:paraId="26154370" w14:textId="77777777" w:rsidR="00A53CD6" w:rsidRPr="0055468B" w:rsidRDefault="00A53CD6" w:rsidP="00A53CD6">
            <w:pPr>
              <w:jc w:val="center"/>
              <w:rPr>
                <w:rFonts w:ascii="Montserrat" w:hAnsi="Montserrat"/>
                <w:sz w:val="18"/>
                <w:szCs w:val="18"/>
              </w:rPr>
            </w:pPr>
          </w:p>
          <w:p w14:paraId="18D9400C" w14:textId="2F075B45" w:rsidR="00A53CD6" w:rsidRPr="0055468B" w:rsidRDefault="00A53CD6" w:rsidP="00A53CD6">
            <w:pPr>
              <w:jc w:val="center"/>
              <w:rPr>
                <w:rFonts w:ascii="Montserrat" w:hAnsi="Montserrat"/>
                <w:sz w:val="18"/>
                <w:szCs w:val="18"/>
              </w:rPr>
            </w:pPr>
          </w:p>
        </w:tc>
      </w:tr>
      <w:tr w:rsidR="00A53CD6" w:rsidRPr="0055468B" w14:paraId="38BE1390" w14:textId="77777777" w:rsidTr="00B41E87">
        <w:tc>
          <w:tcPr>
            <w:tcW w:w="1727" w:type="dxa"/>
          </w:tcPr>
          <w:p w14:paraId="1EAE2EA7" w14:textId="77777777" w:rsidR="00A53CD6" w:rsidRPr="0055468B" w:rsidRDefault="00A53CD6" w:rsidP="00A53CD6">
            <w:pPr>
              <w:jc w:val="center"/>
              <w:rPr>
                <w:rFonts w:ascii="Montserrat" w:hAnsi="Montserrat"/>
                <w:sz w:val="18"/>
                <w:szCs w:val="18"/>
              </w:rPr>
            </w:pPr>
          </w:p>
          <w:p w14:paraId="1B40722B" w14:textId="77777777" w:rsidR="00A53CD6" w:rsidRDefault="00A53CD6" w:rsidP="00A53CD6">
            <w:pPr>
              <w:jc w:val="center"/>
              <w:rPr>
                <w:rFonts w:ascii="Montserrat" w:hAnsi="Montserrat"/>
                <w:sz w:val="18"/>
                <w:szCs w:val="18"/>
              </w:rPr>
            </w:pPr>
          </w:p>
          <w:p w14:paraId="0F1731F4" w14:textId="77777777" w:rsidR="00A53CD6" w:rsidRPr="0055468B" w:rsidRDefault="00A53CD6" w:rsidP="00A53CD6">
            <w:pPr>
              <w:jc w:val="center"/>
              <w:rPr>
                <w:rFonts w:ascii="Montserrat" w:hAnsi="Montserrat"/>
                <w:sz w:val="18"/>
                <w:szCs w:val="18"/>
              </w:rPr>
            </w:pPr>
          </w:p>
          <w:p w14:paraId="1268A9A0" w14:textId="77777777" w:rsidR="00A53CD6" w:rsidRPr="0055468B" w:rsidRDefault="00A53CD6" w:rsidP="00A53CD6">
            <w:pPr>
              <w:jc w:val="center"/>
              <w:rPr>
                <w:rFonts w:ascii="Montserrat" w:hAnsi="Montserrat"/>
                <w:sz w:val="18"/>
                <w:szCs w:val="18"/>
              </w:rPr>
            </w:pPr>
          </w:p>
          <w:p w14:paraId="544015F9" w14:textId="77777777" w:rsidR="00A53CD6" w:rsidRPr="0055468B" w:rsidRDefault="00A53CD6" w:rsidP="00A53CD6">
            <w:pPr>
              <w:jc w:val="center"/>
              <w:rPr>
                <w:rFonts w:ascii="Montserrat" w:hAnsi="Montserrat"/>
                <w:sz w:val="18"/>
                <w:szCs w:val="18"/>
              </w:rPr>
            </w:pPr>
          </w:p>
          <w:p w14:paraId="4090BEB6" w14:textId="77777777" w:rsidR="00A53CD6" w:rsidRPr="0055468B" w:rsidRDefault="00A53CD6" w:rsidP="00A53CD6">
            <w:pPr>
              <w:jc w:val="center"/>
              <w:rPr>
                <w:rFonts w:ascii="Montserrat" w:hAnsi="Montserrat"/>
                <w:sz w:val="18"/>
                <w:szCs w:val="18"/>
              </w:rPr>
            </w:pPr>
          </w:p>
        </w:tc>
        <w:tc>
          <w:tcPr>
            <w:tcW w:w="1727" w:type="dxa"/>
          </w:tcPr>
          <w:p w14:paraId="3997C9CC" w14:textId="77777777" w:rsidR="00A53CD6" w:rsidRPr="0055468B" w:rsidRDefault="00A53CD6" w:rsidP="00A53CD6">
            <w:pPr>
              <w:jc w:val="center"/>
              <w:rPr>
                <w:rFonts w:ascii="Montserrat" w:hAnsi="Montserrat"/>
                <w:sz w:val="18"/>
                <w:szCs w:val="18"/>
              </w:rPr>
            </w:pPr>
          </w:p>
          <w:p w14:paraId="0F2576DF" w14:textId="77777777" w:rsidR="00A53CD6" w:rsidRPr="0055468B" w:rsidRDefault="00A53CD6" w:rsidP="00A53CD6">
            <w:pPr>
              <w:jc w:val="center"/>
              <w:rPr>
                <w:rFonts w:ascii="Montserrat" w:hAnsi="Montserrat"/>
                <w:sz w:val="18"/>
                <w:szCs w:val="18"/>
              </w:rPr>
            </w:pPr>
          </w:p>
          <w:p w14:paraId="0BF12656" w14:textId="2A5638AF" w:rsidR="00A53CD6" w:rsidRPr="0055468B" w:rsidRDefault="00A53CD6" w:rsidP="00A53CD6">
            <w:pPr>
              <w:jc w:val="center"/>
              <w:rPr>
                <w:rFonts w:ascii="Montserrat" w:hAnsi="Montserrat"/>
                <w:sz w:val="18"/>
                <w:szCs w:val="18"/>
              </w:rPr>
            </w:pPr>
          </w:p>
        </w:tc>
        <w:tc>
          <w:tcPr>
            <w:tcW w:w="1725" w:type="dxa"/>
          </w:tcPr>
          <w:p w14:paraId="2B4E01BC" w14:textId="77777777" w:rsidR="00A53CD6" w:rsidRPr="0055468B" w:rsidRDefault="00A53CD6" w:rsidP="00A53CD6">
            <w:pPr>
              <w:jc w:val="center"/>
              <w:rPr>
                <w:rFonts w:ascii="Montserrat" w:hAnsi="Montserrat"/>
                <w:sz w:val="18"/>
                <w:szCs w:val="18"/>
              </w:rPr>
            </w:pPr>
          </w:p>
          <w:p w14:paraId="6AA55007" w14:textId="77777777" w:rsidR="00A53CD6" w:rsidRPr="0055468B" w:rsidRDefault="00A53CD6" w:rsidP="00A53CD6">
            <w:pPr>
              <w:jc w:val="center"/>
              <w:rPr>
                <w:rFonts w:ascii="Montserrat" w:hAnsi="Montserrat"/>
                <w:sz w:val="18"/>
                <w:szCs w:val="18"/>
              </w:rPr>
            </w:pPr>
          </w:p>
          <w:p w14:paraId="3D585908" w14:textId="3FE4D89D" w:rsidR="00A53CD6" w:rsidRPr="0055468B" w:rsidRDefault="00A53CD6" w:rsidP="00A53CD6">
            <w:pPr>
              <w:jc w:val="center"/>
              <w:rPr>
                <w:rFonts w:ascii="Montserrat" w:hAnsi="Montserrat"/>
                <w:sz w:val="18"/>
                <w:szCs w:val="18"/>
              </w:rPr>
            </w:pPr>
          </w:p>
        </w:tc>
        <w:tc>
          <w:tcPr>
            <w:tcW w:w="1725" w:type="dxa"/>
          </w:tcPr>
          <w:p w14:paraId="62FC085D" w14:textId="77777777" w:rsidR="00A53CD6" w:rsidRPr="0055468B" w:rsidRDefault="00A53CD6" w:rsidP="00A53CD6">
            <w:pPr>
              <w:jc w:val="center"/>
              <w:rPr>
                <w:rFonts w:ascii="Montserrat" w:hAnsi="Montserrat"/>
                <w:sz w:val="18"/>
                <w:szCs w:val="18"/>
              </w:rPr>
            </w:pPr>
          </w:p>
          <w:p w14:paraId="79D9C03B" w14:textId="77777777" w:rsidR="00A53CD6" w:rsidRPr="0055468B" w:rsidRDefault="00A53CD6" w:rsidP="00A53CD6">
            <w:pPr>
              <w:jc w:val="center"/>
              <w:rPr>
                <w:rFonts w:ascii="Montserrat" w:hAnsi="Montserrat"/>
                <w:sz w:val="18"/>
                <w:szCs w:val="18"/>
              </w:rPr>
            </w:pPr>
          </w:p>
          <w:p w14:paraId="015C4CB2" w14:textId="617F3C1C" w:rsidR="00A53CD6" w:rsidRPr="0055468B" w:rsidRDefault="00A53CD6" w:rsidP="00A53CD6">
            <w:pPr>
              <w:jc w:val="center"/>
              <w:rPr>
                <w:rFonts w:ascii="Montserrat" w:hAnsi="Montserrat"/>
                <w:sz w:val="18"/>
                <w:szCs w:val="18"/>
              </w:rPr>
            </w:pPr>
          </w:p>
        </w:tc>
        <w:tc>
          <w:tcPr>
            <w:tcW w:w="1726" w:type="dxa"/>
          </w:tcPr>
          <w:p w14:paraId="31B09F94" w14:textId="77777777" w:rsidR="00A53CD6" w:rsidRPr="0055468B" w:rsidRDefault="00A53CD6" w:rsidP="00A53CD6">
            <w:pPr>
              <w:jc w:val="center"/>
              <w:rPr>
                <w:rFonts w:ascii="Montserrat" w:hAnsi="Montserrat"/>
                <w:sz w:val="18"/>
                <w:szCs w:val="18"/>
              </w:rPr>
            </w:pPr>
          </w:p>
          <w:p w14:paraId="5FE6CC40" w14:textId="77777777" w:rsidR="00A53CD6" w:rsidRPr="0055468B" w:rsidRDefault="00A53CD6" w:rsidP="00A53CD6">
            <w:pPr>
              <w:jc w:val="center"/>
              <w:rPr>
                <w:rFonts w:ascii="Montserrat" w:hAnsi="Montserrat"/>
                <w:sz w:val="18"/>
                <w:szCs w:val="18"/>
              </w:rPr>
            </w:pPr>
          </w:p>
          <w:p w14:paraId="4CF6F266" w14:textId="45F6CD59" w:rsidR="00A53CD6" w:rsidRPr="0055468B" w:rsidRDefault="00A53CD6" w:rsidP="00A53CD6">
            <w:pPr>
              <w:jc w:val="center"/>
              <w:rPr>
                <w:rFonts w:ascii="Montserrat" w:hAnsi="Montserrat"/>
                <w:sz w:val="18"/>
                <w:szCs w:val="18"/>
              </w:rPr>
            </w:pPr>
          </w:p>
        </w:tc>
      </w:tr>
    </w:tbl>
    <w:p w14:paraId="6F015ED1" w14:textId="77777777" w:rsidR="005D474F" w:rsidRDefault="005D474F"/>
    <w:sectPr w:rsidR="005D474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nton">
    <w:charset w:val="00"/>
    <w:family w:val="auto"/>
    <w:pitch w:val="variable"/>
    <w:sig w:usb0="A00000FF" w:usb1="4000207B" w:usb2="00000000" w:usb3="00000000" w:csb0="00000193"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37586297">
    <w:abstractNumId w:val="8"/>
  </w:num>
  <w:num w:numId="2" w16cid:durableId="1136921282">
    <w:abstractNumId w:val="6"/>
  </w:num>
  <w:num w:numId="3" w16cid:durableId="455805421">
    <w:abstractNumId w:val="5"/>
  </w:num>
  <w:num w:numId="4" w16cid:durableId="896942296">
    <w:abstractNumId w:val="4"/>
  </w:num>
  <w:num w:numId="5" w16cid:durableId="97723656">
    <w:abstractNumId w:val="7"/>
  </w:num>
  <w:num w:numId="6" w16cid:durableId="1103262336">
    <w:abstractNumId w:val="3"/>
  </w:num>
  <w:num w:numId="7" w16cid:durableId="1981300358">
    <w:abstractNumId w:val="2"/>
  </w:num>
  <w:num w:numId="8" w16cid:durableId="1486240361">
    <w:abstractNumId w:val="1"/>
  </w:num>
  <w:num w:numId="9" w16cid:durableId="39316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7323"/>
    <w:rsid w:val="0015074B"/>
    <w:rsid w:val="0029639D"/>
    <w:rsid w:val="00326F90"/>
    <w:rsid w:val="00475E5E"/>
    <w:rsid w:val="0055468B"/>
    <w:rsid w:val="005D474F"/>
    <w:rsid w:val="00681129"/>
    <w:rsid w:val="00694CC0"/>
    <w:rsid w:val="006B1FBC"/>
    <w:rsid w:val="008B1854"/>
    <w:rsid w:val="00910F47"/>
    <w:rsid w:val="00A519FD"/>
    <w:rsid w:val="00A53CD6"/>
    <w:rsid w:val="00AA1D8D"/>
    <w:rsid w:val="00B41E87"/>
    <w:rsid w:val="00B47730"/>
    <w:rsid w:val="00B64682"/>
    <w:rsid w:val="00CB0664"/>
    <w:rsid w:val="00CC44F7"/>
    <w:rsid w:val="00FC693F"/>
    <w:rsid w:val="00FE30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56A764"/>
  <w14:defaultImageDpi w14:val="300"/>
  <w15:docId w15:val="{1054576F-A655-408A-A149-32BCFA8BA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475E5E"/>
    <w:pPr>
      <w:spacing w:after="0" w:line="240" w:lineRule="auto"/>
    </w:pPr>
  </w:style>
  <w:style w:type="character" w:styleId="CommentReference">
    <w:name w:val="annotation reference"/>
    <w:basedOn w:val="DefaultParagraphFont"/>
    <w:uiPriority w:val="99"/>
    <w:semiHidden/>
    <w:unhideWhenUsed/>
    <w:rsid w:val="00475E5E"/>
    <w:rPr>
      <w:sz w:val="16"/>
      <w:szCs w:val="16"/>
    </w:rPr>
  </w:style>
  <w:style w:type="paragraph" w:styleId="CommentText">
    <w:name w:val="annotation text"/>
    <w:basedOn w:val="Normal"/>
    <w:link w:val="CommentTextChar"/>
    <w:uiPriority w:val="99"/>
    <w:unhideWhenUsed/>
    <w:rsid w:val="00475E5E"/>
    <w:pPr>
      <w:spacing w:line="240" w:lineRule="auto"/>
    </w:pPr>
    <w:rPr>
      <w:sz w:val="20"/>
      <w:szCs w:val="20"/>
    </w:rPr>
  </w:style>
  <w:style w:type="character" w:customStyle="1" w:styleId="CommentTextChar">
    <w:name w:val="Comment Text Char"/>
    <w:basedOn w:val="DefaultParagraphFont"/>
    <w:link w:val="CommentText"/>
    <w:uiPriority w:val="99"/>
    <w:rsid w:val="00475E5E"/>
    <w:rPr>
      <w:sz w:val="20"/>
      <w:szCs w:val="20"/>
    </w:rPr>
  </w:style>
  <w:style w:type="paragraph" w:styleId="CommentSubject">
    <w:name w:val="annotation subject"/>
    <w:basedOn w:val="CommentText"/>
    <w:next w:val="CommentText"/>
    <w:link w:val="CommentSubjectChar"/>
    <w:uiPriority w:val="99"/>
    <w:semiHidden/>
    <w:unhideWhenUsed/>
    <w:rsid w:val="00475E5E"/>
    <w:rPr>
      <w:b/>
      <w:bCs/>
    </w:rPr>
  </w:style>
  <w:style w:type="character" w:customStyle="1" w:styleId="CommentSubjectChar">
    <w:name w:val="Comment Subject Char"/>
    <w:basedOn w:val="CommentTextChar"/>
    <w:link w:val="CommentSubject"/>
    <w:uiPriority w:val="99"/>
    <w:semiHidden/>
    <w:rsid w:val="00475E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123</Words>
  <Characters>705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Haley Hampton</cp:lastModifiedBy>
  <cp:revision>8</cp:revision>
  <dcterms:created xsi:type="dcterms:W3CDTF">2025-04-17T15:33:00Z</dcterms:created>
  <dcterms:modified xsi:type="dcterms:W3CDTF">2025-07-06T21:04:00Z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fd5b9bfc-f4a7-40ef-be85-4a76aeacd1c2</vt:lpwstr>
  </property>
</Properties>
</file>