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02EFE" w14:textId="77777777" w:rsidR="00EB3E4C" w:rsidRPr="001A048F" w:rsidRDefault="001A048F" w:rsidP="001A048F">
      <w:pPr>
        <w:pStyle w:val="Heading2"/>
        <w:jc w:val="center"/>
        <w:rPr>
          <w:rFonts w:ascii="Montserrat" w:hAnsi="Montserrat"/>
          <w:color w:val="auto"/>
        </w:rPr>
      </w:pPr>
      <w:r w:rsidRPr="001A048F">
        <w:rPr>
          <w:rFonts w:ascii="Montserrat" w:hAnsi="Montserrat"/>
          <w:color w:val="auto"/>
        </w:rPr>
        <w:t>Scenario 1</w:t>
      </w:r>
    </w:p>
    <w:p w14:paraId="03E7A1D7" w14:textId="77777777" w:rsidR="00EB3E4C" w:rsidRPr="001A048F" w:rsidRDefault="001A048F">
      <w:pPr>
        <w:jc w:val="center"/>
        <w:rPr>
          <w:rFonts w:ascii="Montserrat" w:hAnsi="Montserrat"/>
          <w:sz w:val="32"/>
        </w:rPr>
      </w:pPr>
      <w:r w:rsidRPr="001A048F">
        <w:rPr>
          <w:rFonts w:ascii="Montserrat" w:hAnsi="Montserrat"/>
          <w:sz w:val="32"/>
        </w:rPr>
        <w:t>Alex just finished washing their hands. Without drying them, they plug their laptop charger into the wall.</w:t>
      </w:r>
    </w:p>
    <w:p w14:paraId="6CF2BF5E" w14:textId="77777777" w:rsidR="001A048F" w:rsidRPr="001A048F" w:rsidRDefault="001A048F">
      <w:pPr>
        <w:jc w:val="center"/>
        <w:rPr>
          <w:rFonts w:ascii="Montserrat" w:hAnsi="Montserrat"/>
          <w:sz w:val="32"/>
        </w:rPr>
      </w:pPr>
    </w:p>
    <w:p w14:paraId="39076384" w14:textId="77777777" w:rsidR="001A048F" w:rsidRPr="001A048F" w:rsidRDefault="001A048F">
      <w:pPr>
        <w:jc w:val="center"/>
        <w:rPr>
          <w:rFonts w:ascii="Montserrat" w:hAnsi="Montserrat"/>
          <w:sz w:val="32"/>
        </w:rPr>
      </w:pPr>
    </w:p>
    <w:p w14:paraId="64B8A1F6" w14:textId="77777777" w:rsidR="001A048F" w:rsidRPr="001A048F" w:rsidRDefault="001A048F">
      <w:pPr>
        <w:jc w:val="center"/>
        <w:rPr>
          <w:rFonts w:ascii="Montserrat" w:hAnsi="Montserrat"/>
          <w:sz w:val="32"/>
        </w:rPr>
      </w:pPr>
    </w:p>
    <w:p w14:paraId="627D4BC4" w14:textId="77777777" w:rsidR="001A048F" w:rsidRPr="001A048F" w:rsidRDefault="001A048F">
      <w:pPr>
        <w:jc w:val="center"/>
        <w:rPr>
          <w:rFonts w:ascii="Montserrat" w:hAnsi="Montserrat"/>
          <w:sz w:val="32"/>
        </w:rPr>
      </w:pPr>
    </w:p>
    <w:p w14:paraId="0A127338" w14:textId="77777777" w:rsidR="001A048F" w:rsidRPr="001A048F" w:rsidRDefault="001A048F">
      <w:pPr>
        <w:jc w:val="center"/>
        <w:rPr>
          <w:rFonts w:ascii="Montserrat" w:hAnsi="Montserrat"/>
          <w:sz w:val="32"/>
        </w:rPr>
      </w:pPr>
    </w:p>
    <w:p w14:paraId="2C1A0A3F" w14:textId="77777777" w:rsidR="001A048F" w:rsidRPr="001A048F" w:rsidRDefault="001A048F">
      <w:pPr>
        <w:jc w:val="center"/>
        <w:rPr>
          <w:rFonts w:ascii="Montserrat" w:hAnsi="Montserrat"/>
          <w:sz w:val="32"/>
        </w:rPr>
      </w:pPr>
    </w:p>
    <w:p w14:paraId="69B3D82A" w14:textId="77777777" w:rsidR="001A048F" w:rsidRPr="001A048F" w:rsidRDefault="001A048F">
      <w:pPr>
        <w:jc w:val="center"/>
        <w:rPr>
          <w:rFonts w:ascii="Montserrat" w:hAnsi="Montserrat"/>
          <w:sz w:val="32"/>
        </w:rPr>
      </w:pPr>
    </w:p>
    <w:p w14:paraId="6B0C43F0" w14:textId="77777777" w:rsidR="001A048F" w:rsidRPr="001A048F" w:rsidRDefault="001A048F" w:rsidP="001A048F">
      <w:pPr>
        <w:rPr>
          <w:rFonts w:ascii="Montserrat" w:hAnsi="Montserrat"/>
          <w:sz w:val="32"/>
        </w:rPr>
      </w:pPr>
    </w:p>
    <w:p w14:paraId="7F4D4C9A" w14:textId="77777777" w:rsidR="001A048F" w:rsidRPr="001A048F" w:rsidRDefault="001A048F" w:rsidP="001A048F">
      <w:pPr>
        <w:pStyle w:val="Heading2"/>
        <w:jc w:val="center"/>
        <w:rPr>
          <w:rFonts w:ascii="Montserrat" w:hAnsi="Montserrat"/>
          <w:color w:val="auto"/>
        </w:rPr>
      </w:pPr>
      <w:r w:rsidRPr="001A048F">
        <w:rPr>
          <w:rFonts w:ascii="Montserrat" w:hAnsi="Montserrat"/>
          <w:color w:val="auto"/>
        </w:rPr>
        <w:t>Scenario 2</w:t>
      </w:r>
    </w:p>
    <w:p w14:paraId="53809AF1" w14:textId="5F3F1F13" w:rsidR="001A048F" w:rsidRPr="001A048F" w:rsidRDefault="001A048F" w:rsidP="001A048F">
      <w:pPr>
        <w:jc w:val="center"/>
        <w:rPr>
          <w:rFonts w:ascii="Montserrat" w:hAnsi="Montserrat"/>
        </w:rPr>
      </w:pPr>
      <w:r w:rsidRPr="001A048F">
        <w:rPr>
          <w:rFonts w:ascii="Montserrat" w:hAnsi="Montserrat"/>
          <w:sz w:val="32"/>
        </w:rPr>
        <w:t>During a study session, four students plug in two space heaters, a phone charger and a microwave into one power strip.</w:t>
      </w:r>
    </w:p>
    <w:p w14:paraId="18834726" w14:textId="77777777" w:rsidR="001A048F" w:rsidRPr="001A048F" w:rsidRDefault="001A048F">
      <w:pPr>
        <w:jc w:val="center"/>
        <w:rPr>
          <w:rFonts w:ascii="Montserrat" w:hAnsi="Montserrat"/>
        </w:rPr>
      </w:pPr>
    </w:p>
    <w:p w14:paraId="646D0ADC" w14:textId="778335B6" w:rsidR="00EB3E4C" w:rsidRPr="001A048F" w:rsidRDefault="00EB3E4C">
      <w:pPr>
        <w:rPr>
          <w:rFonts w:ascii="Montserrat" w:hAnsi="Montserrat"/>
        </w:rPr>
      </w:pPr>
    </w:p>
    <w:p w14:paraId="335AF9EB" w14:textId="77777777" w:rsidR="001A048F" w:rsidRPr="001A048F" w:rsidRDefault="001A048F">
      <w:pPr>
        <w:rPr>
          <w:rFonts w:ascii="Montserrat" w:hAnsi="Montserrat"/>
        </w:rPr>
      </w:pPr>
    </w:p>
    <w:p w14:paraId="5EDB33BD" w14:textId="77777777" w:rsidR="001A048F" w:rsidRPr="001A048F" w:rsidRDefault="001A048F">
      <w:pPr>
        <w:rPr>
          <w:rFonts w:ascii="Montserrat" w:hAnsi="Montserrat"/>
        </w:rPr>
      </w:pPr>
    </w:p>
    <w:p w14:paraId="2DF7DE6D" w14:textId="77777777" w:rsidR="001A048F" w:rsidRPr="001A048F" w:rsidRDefault="001A048F">
      <w:pPr>
        <w:rPr>
          <w:rFonts w:ascii="Montserrat" w:hAnsi="Montserrat"/>
        </w:rPr>
      </w:pPr>
    </w:p>
    <w:p w14:paraId="74F11E0B" w14:textId="77777777" w:rsidR="001A048F" w:rsidRPr="001A048F" w:rsidRDefault="001A048F">
      <w:pPr>
        <w:rPr>
          <w:rFonts w:ascii="Montserrat" w:hAnsi="Montserrat"/>
        </w:rPr>
      </w:pPr>
    </w:p>
    <w:p w14:paraId="51845DA7" w14:textId="77777777" w:rsidR="001A048F" w:rsidRPr="001A048F" w:rsidRDefault="001A048F">
      <w:pPr>
        <w:rPr>
          <w:rFonts w:ascii="Montserrat" w:hAnsi="Montserrat"/>
        </w:rPr>
      </w:pPr>
    </w:p>
    <w:p w14:paraId="46467EDA" w14:textId="77777777" w:rsidR="00EB3E4C" w:rsidRPr="001A048F" w:rsidRDefault="001A048F">
      <w:pPr>
        <w:pStyle w:val="Heading2"/>
        <w:jc w:val="center"/>
        <w:rPr>
          <w:rFonts w:ascii="Montserrat" w:hAnsi="Montserrat"/>
          <w:color w:val="auto"/>
        </w:rPr>
      </w:pPr>
      <w:r w:rsidRPr="001A048F">
        <w:rPr>
          <w:rFonts w:ascii="Montserrat" w:hAnsi="Montserrat"/>
          <w:color w:val="auto"/>
        </w:rPr>
        <w:lastRenderedPageBreak/>
        <w:t>Scenario 3</w:t>
      </w:r>
    </w:p>
    <w:p w14:paraId="197D3E60" w14:textId="77777777" w:rsidR="00EB3E4C" w:rsidRPr="001A048F" w:rsidRDefault="001A048F">
      <w:pPr>
        <w:jc w:val="center"/>
        <w:rPr>
          <w:rFonts w:ascii="Montserrat" w:hAnsi="Montserrat"/>
        </w:rPr>
      </w:pPr>
      <w:r w:rsidRPr="001A048F">
        <w:rPr>
          <w:rFonts w:ascii="Montserrat" w:hAnsi="Montserrat"/>
          <w:sz w:val="32"/>
        </w:rPr>
        <w:t>For decorating spirit week, a long extension cord is run across the hallway and taped down with clear tape.</w:t>
      </w:r>
    </w:p>
    <w:p w14:paraId="08CF707D" w14:textId="77777777" w:rsidR="001A048F" w:rsidRPr="001A048F" w:rsidRDefault="001A048F" w:rsidP="001A048F">
      <w:pPr>
        <w:rPr>
          <w:rFonts w:ascii="Montserrat" w:hAnsi="Montserrat"/>
        </w:rPr>
      </w:pPr>
    </w:p>
    <w:p w14:paraId="4006E170" w14:textId="77777777" w:rsidR="001A048F" w:rsidRPr="001A048F" w:rsidRDefault="001A048F" w:rsidP="001A048F">
      <w:pPr>
        <w:rPr>
          <w:rFonts w:ascii="Montserrat" w:hAnsi="Montserrat"/>
        </w:rPr>
      </w:pPr>
    </w:p>
    <w:p w14:paraId="15B655B9" w14:textId="77777777" w:rsidR="001A048F" w:rsidRPr="001A048F" w:rsidRDefault="001A048F" w:rsidP="001A048F">
      <w:pPr>
        <w:rPr>
          <w:rFonts w:ascii="Montserrat" w:hAnsi="Montserrat"/>
        </w:rPr>
      </w:pPr>
    </w:p>
    <w:p w14:paraId="0F0F89FF" w14:textId="77777777" w:rsidR="001A048F" w:rsidRPr="001A048F" w:rsidRDefault="001A048F" w:rsidP="001A048F">
      <w:pPr>
        <w:rPr>
          <w:rFonts w:ascii="Montserrat" w:hAnsi="Montserrat"/>
        </w:rPr>
      </w:pPr>
    </w:p>
    <w:p w14:paraId="0EAF112F" w14:textId="77777777" w:rsidR="001A048F" w:rsidRPr="001A048F" w:rsidRDefault="001A048F" w:rsidP="001A048F">
      <w:pPr>
        <w:rPr>
          <w:rFonts w:ascii="Montserrat" w:hAnsi="Montserrat"/>
        </w:rPr>
      </w:pPr>
    </w:p>
    <w:p w14:paraId="55807206" w14:textId="77777777" w:rsidR="001A048F" w:rsidRPr="001A048F" w:rsidRDefault="001A048F" w:rsidP="001A048F">
      <w:pPr>
        <w:rPr>
          <w:rFonts w:ascii="Montserrat" w:hAnsi="Montserrat"/>
        </w:rPr>
      </w:pPr>
    </w:p>
    <w:p w14:paraId="7E1F8D05" w14:textId="77777777" w:rsidR="001A048F" w:rsidRPr="001A048F" w:rsidRDefault="001A048F" w:rsidP="001A048F">
      <w:pPr>
        <w:rPr>
          <w:rFonts w:ascii="Montserrat" w:hAnsi="Montserrat"/>
        </w:rPr>
      </w:pPr>
    </w:p>
    <w:p w14:paraId="7C379FE8" w14:textId="77777777" w:rsidR="001A048F" w:rsidRPr="001A048F" w:rsidRDefault="001A048F" w:rsidP="001A048F">
      <w:pPr>
        <w:rPr>
          <w:rFonts w:ascii="Montserrat" w:hAnsi="Montserrat"/>
        </w:rPr>
      </w:pPr>
    </w:p>
    <w:p w14:paraId="4CEB02FF" w14:textId="77777777" w:rsidR="001A048F" w:rsidRPr="001A048F" w:rsidRDefault="001A048F" w:rsidP="001A048F">
      <w:pPr>
        <w:rPr>
          <w:rFonts w:ascii="Montserrat" w:hAnsi="Montserrat"/>
        </w:rPr>
      </w:pPr>
    </w:p>
    <w:p w14:paraId="740A7BFD" w14:textId="77777777" w:rsidR="001A048F" w:rsidRPr="001A048F" w:rsidRDefault="001A048F" w:rsidP="001A048F">
      <w:pPr>
        <w:rPr>
          <w:rFonts w:ascii="Montserrat" w:hAnsi="Montserrat"/>
        </w:rPr>
      </w:pPr>
    </w:p>
    <w:p w14:paraId="294A3FCD" w14:textId="77777777" w:rsidR="001A048F" w:rsidRPr="001A048F" w:rsidRDefault="001A048F" w:rsidP="001A048F">
      <w:pPr>
        <w:rPr>
          <w:rFonts w:ascii="Montserrat" w:hAnsi="Montserrat"/>
        </w:rPr>
      </w:pPr>
    </w:p>
    <w:p w14:paraId="35D5346B" w14:textId="514398D0" w:rsidR="00EB3E4C" w:rsidRPr="001A048F" w:rsidRDefault="001A048F" w:rsidP="001A048F">
      <w:pPr>
        <w:jc w:val="center"/>
        <w:rPr>
          <w:rFonts w:ascii="Montserrat" w:hAnsi="Montserrat"/>
          <w:b/>
          <w:bCs/>
          <w:sz w:val="26"/>
          <w:szCs w:val="26"/>
        </w:rPr>
      </w:pPr>
      <w:r w:rsidRPr="001A048F">
        <w:rPr>
          <w:rFonts w:ascii="Montserrat" w:hAnsi="Montserrat"/>
          <w:b/>
          <w:bCs/>
          <w:sz w:val="26"/>
          <w:szCs w:val="26"/>
        </w:rPr>
        <w:t>Scenario 4</w:t>
      </w:r>
    </w:p>
    <w:p w14:paraId="4F48C882" w14:textId="3CE6C51D" w:rsidR="00EB3E4C" w:rsidRPr="001A048F" w:rsidRDefault="007E3EF2">
      <w:pPr>
        <w:jc w:val="center"/>
        <w:rPr>
          <w:rFonts w:ascii="Montserrat" w:hAnsi="Montserrat"/>
        </w:rPr>
      </w:pPr>
      <w:r>
        <w:rPr>
          <w:rFonts w:ascii="Montserrat" w:hAnsi="Montserrat"/>
          <w:sz w:val="32"/>
        </w:rPr>
        <w:t>Indigo</w:t>
      </w:r>
      <w:r w:rsidR="001A048F" w:rsidRPr="001A048F">
        <w:rPr>
          <w:rFonts w:ascii="Montserrat" w:hAnsi="Montserrat"/>
          <w:sz w:val="32"/>
        </w:rPr>
        <w:t xml:space="preserve"> uses </w:t>
      </w:r>
      <w:r>
        <w:rPr>
          <w:rFonts w:ascii="Montserrat" w:hAnsi="Montserrat"/>
          <w:sz w:val="32"/>
        </w:rPr>
        <w:t>her</w:t>
      </w:r>
      <w:r w:rsidRPr="001A048F">
        <w:rPr>
          <w:rFonts w:ascii="Montserrat" w:hAnsi="Montserrat"/>
          <w:sz w:val="32"/>
        </w:rPr>
        <w:t xml:space="preserve"> </w:t>
      </w:r>
      <w:r w:rsidR="001A048F" w:rsidRPr="001A048F">
        <w:rPr>
          <w:rFonts w:ascii="Montserrat" w:hAnsi="Montserrat"/>
          <w:sz w:val="32"/>
        </w:rPr>
        <w:t>phone charger even though the cord is frayed and wrapped in electrical tape.</w:t>
      </w:r>
    </w:p>
    <w:p w14:paraId="364102B0" w14:textId="77777777" w:rsidR="00EB3E4C" w:rsidRPr="001A048F" w:rsidRDefault="001A048F">
      <w:pPr>
        <w:rPr>
          <w:rFonts w:ascii="Montserrat" w:hAnsi="Montserrat"/>
        </w:rPr>
      </w:pPr>
      <w:r w:rsidRPr="001A048F">
        <w:rPr>
          <w:rFonts w:ascii="Montserrat" w:hAnsi="Montserrat"/>
        </w:rPr>
        <w:br w:type="page"/>
      </w:r>
    </w:p>
    <w:p w14:paraId="7710DD25" w14:textId="77777777" w:rsidR="00EB3E4C" w:rsidRPr="001A048F" w:rsidRDefault="001A048F">
      <w:pPr>
        <w:pStyle w:val="Heading2"/>
        <w:jc w:val="center"/>
        <w:rPr>
          <w:rFonts w:ascii="Montserrat" w:hAnsi="Montserrat"/>
          <w:color w:val="auto"/>
        </w:rPr>
      </w:pPr>
      <w:r w:rsidRPr="001A048F">
        <w:rPr>
          <w:rFonts w:ascii="Montserrat" w:hAnsi="Montserrat"/>
          <w:color w:val="auto"/>
        </w:rPr>
        <w:lastRenderedPageBreak/>
        <w:t>Scenario 5</w:t>
      </w:r>
    </w:p>
    <w:p w14:paraId="5D00D205" w14:textId="77777777" w:rsidR="00EB3E4C" w:rsidRPr="001A048F" w:rsidRDefault="001A048F">
      <w:pPr>
        <w:jc w:val="center"/>
        <w:rPr>
          <w:rFonts w:ascii="Montserrat" w:hAnsi="Montserrat"/>
        </w:rPr>
      </w:pPr>
      <w:r w:rsidRPr="001A048F">
        <w:rPr>
          <w:rFonts w:ascii="Montserrat" w:hAnsi="Montserrat"/>
          <w:sz w:val="32"/>
        </w:rPr>
        <w:t>At a sleepover, someone leaves a plugged-in speaker next to a full sink on the bathroom counter.</w:t>
      </w:r>
    </w:p>
    <w:p w14:paraId="0385F425" w14:textId="7E07ED19" w:rsidR="00EB3E4C" w:rsidRPr="001A048F" w:rsidRDefault="00EB3E4C">
      <w:pPr>
        <w:rPr>
          <w:rFonts w:ascii="Montserrat" w:hAnsi="Montserrat"/>
        </w:rPr>
      </w:pPr>
    </w:p>
    <w:p w14:paraId="0BF8CE72" w14:textId="77777777" w:rsidR="001A048F" w:rsidRPr="001A048F" w:rsidRDefault="001A048F">
      <w:pPr>
        <w:rPr>
          <w:rFonts w:ascii="Montserrat" w:hAnsi="Montserrat"/>
        </w:rPr>
      </w:pPr>
    </w:p>
    <w:p w14:paraId="28B60749" w14:textId="77777777" w:rsidR="001A048F" w:rsidRPr="001A048F" w:rsidRDefault="001A048F">
      <w:pPr>
        <w:rPr>
          <w:rFonts w:ascii="Montserrat" w:hAnsi="Montserrat"/>
        </w:rPr>
      </w:pPr>
    </w:p>
    <w:p w14:paraId="0D9ADE8E" w14:textId="77777777" w:rsidR="001A048F" w:rsidRPr="001A048F" w:rsidRDefault="001A048F">
      <w:pPr>
        <w:rPr>
          <w:rFonts w:ascii="Montserrat" w:hAnsi="Montserrat"/>
        </w:rPr>
      </w:pPr>
    </w:p>
    <w:p w14:paraId="2852D28C" w14:textId="77777777" w:rsidR="001A048F" w:rsidRPr="001A048F" w:rsidRDefault="001A048F">
      <w:pPr>
        <w:rPr>
          <w:rFonts w:ascii="Montserrat" w:hAnsi="Montserrat"/>
        </w:rPr>
      </w:pPr>
    </w:p>
    <w:p w14:paraId="746593F4" w14:textId="77777777" w:rsidR="001A048F" w:rsidRPr="001A048F" w:rsidRDefault="001A048F">
      <w:pPr>
        <w:rPr>
          <w:rFonts w:ascii="Montserrat" w:hAnsi="Montserrat"/>
        </w:rPr>
      </w:pPr>
    </w:p>
    <w:p w14:paraId="618EBC90" w14:textId="77777777" w:rsidR="001A048F" w:rsidRPr="001A048F" w:rsidRDefault="001A048F">
      <w:pPr>
        <w:rPr>
          <w:rFonts w:ascii="Montserrat" w:hAnsi="Montserrat"/>
        </w:rPr>
      </w:pPr>
    </w:p>
    <w:p w14:paraId="52642937" w14:textId="77777777" w:rsidR="001A048F" w:rsidRPr="001A048F" w:rsidRDefault="001A048F">
      <w:pPr>
        <w:rPr>
          <w:rFonts w:ascii="Montserrat" w:hAnsi="Montserrat"/>
        </w:rPr>
      </w:pPr>
    </w:p>
    <w:p w14:paraId="5025738F" w14:textId="77777777" w:rsidR="001A048F" w:rsidRPr="001A048F" w:rsidRDefault="001A048F">
      <w:pPr>
        <w:rPr>
          <w:rFonts w:ascii="Montserrat" w:hAnsi="Montserrat"/>
        </w:rPr>
      </w:pPr>
    </w:p>
    <w:p w14:paraId="6FD891A3" w14:textId="77777777" w:rsidR="001A048F" w:rsidRPr="001A048F" w:rsidRDefault="001A048F">
      <w:pPr>
        <w:rPr>
          <w:rFonts w:ascii="Montserrat" w:hAnsi="Montserrat"/>
        </w:rPr>
      </w:pPr>
    </w:p>
    <w:p w14:paraId="44F3D940" w14:textId="77777777" w:rsidR="00EB3E4C" w:rsidRPr="001A048F" w:rsidRDefault="001A048F">
      <w:pPr>
        <w:pStyle w:val="Heading2"/>
        <w:jc w:val="center"/>
        <w:rPr>
          <w:rFonts w:ascii="Montserrat" w:hAnsi="Montserrat"/>
          <w:color w:val="auto"/>
        </w:rPr>
      </w:pPr>
      <w:r w:rsidRPr="001A048F">
        <w:rPr>
          <w:rFonts w:ascii="Montserrat" w:hAnsi="Montserrat"/>
          <w:color w:val="auto"/>
        </w:rPr>
        <w:t>Scenario 6</w:t>
      </w:r>
    </w:p>
    <w:p w14:paraId="59E253BA" w14:textId="294B4CD8" w:rsidR="00EB3E4C" w:rsidRPr="001A048F" w:rsidRDefault="001A048F">
      <w:pPr>
        <w:jc w:val="center"/>
        <w:rPr>
          <w:rFonts w:ascii="Montserrat" w:hAnsi="Montserrat"/>
        </w:rPr>
      </w:pPr>
      <w:r w:rsidRPr="001A048F">
        <w:rPr>
          <w:rFonts w:ascii="Montserrat" w:hAnsi="Montserrat"/>
          <w:sz w:val="32"/>
        </w:rPr>
        <w:t xml:space="preserve">Someone starts mowing the lawn with an electric mower right after it rains because </w:t>
      </w:r>
      <w:r w:rsidR="0048750A">
        <w:rPr>
          <w:rFonts w:ascii="Montserrat" w:hAnsi="Montserrat"/>
          <w:sz w:val="32"/>
        </w:rPr>
        <w:t>“</w:t>
      </w:r>
      <w:r w:rsidR="0048750A" w:rsidRPr="001A048F">
        <w:rPr>
          <w:rFonts w:ascii="Montserrat" w:hAnsi="Montserrat"/>
          <w:sz w:val="32"/>
        </w:rPr>
        <w:t xml:space="preserve">it’s </w:t>
      </w:r>
      <w:r w:rsidRPr="001A048F">
        <w:rPr>
          <w:rFonts w:ascii="Montserrat" w:hAnsi="Montserrat"/>
          <w:sz w:val="32"/>
        </w:rPr>
        <w:t>just a little damp.</w:t>
      </w:r>
      <w:r w:rsidR="0048750A">
        <w:rPr>
          <w:rFonts w:ascii="Montserrat" w:hAnsi="Montserrat"/>
          <w:sz w:val="32"/>
        </w:rPr>
        <w:t>”</w:t>
      </w:r>
    </w:p>
    <w:p w14:paraId="5AB2DA7D" w14:textId="77777777" w:rsidR="00EB3E4C" w:rsidRPr="001A048F" w:rsidRDefault="001A048F">
      <w:pPr>
        <w:rPr>
          <w:rFonts w:ascii="Montserrat" w:hAnsi="Montserrat"/>
        </w:rPr>
      </w:pPr>
      <w:r w:rsidRPr="001A048F">
        <w:rPr>
          <w:rFonts w:ascii="Montserrat" w:hAnsi="Montserrat"/>
        </w:rPr>
        <w:br w:type="page"/>
      </w:r>
    </w:p>
    <w:p w14:paraId="1A74D809" w14:textId="77777777" w:rsidR="00EB3E4C" w:rsidRPr="001A048F" w:rsidRDefault="001A048F">
      <w:pPr>
        <w:pStyle w:val="Heading2"/>
        <w:jc w:val="center"/>
        <w:rPr>
          <w:rFonts w:ascii="Montserrat" w:hAnsi="Montserrat"/>
          <w:color w:val="auto"/>
        </w:rPr>
      </w:pPr>
      <w:r w:rsidRPr="001A048F">
        <w:rPr>
          <w:rFonts w:ascii="Montserrat" w:hAnsi="Montserrat"/>
          <w:color w:val="auto"/>
        </w:rPr>
        <w:lastRenderedPageBreak/>
        <w:t>Scenario 7</w:t>
      </w:r>
    </w:p>
    <w:p w14:paraId="0F9096F5" w14:textId="77777777" w:rsidR="00EB3E4C" w:rsidRPr="001A048F" w:rsidRDefault="001A048F">
      <w:pPr>
        <w:jc w:val="center"/>
        <w:rPr>
          <w:rFonts w:ascii="Montserrat" w:hAnsi="Montserrat"/>
        </w:rPr>
      </w:pPr>
      <w:r w:rsidRPr="001A048F">
        <w:rPr>
          <w:rFonts w:ascii="Montserrat" w:hAnsi="Montserrat"/>
          <w:sz w:val="32"/>
        </w:rPr>
        <w:t>In class, a student plugs in a Chromebook even though the outlet cover is cracked and partially detached from the wall.</w:t>
      </w:r>
    </w:p>
    <w:p w14:paraId="38FBE5A2" w14:textId="6257FC4B" w:rsidR="00EB3E4C" w:rsidRPr="001A048F" w:rsidRDefault="00EB3E4C">
      <w:pPr>
        <w:rPr>
          <w:rFonts w:ascii="Montserrat" w:hAnsi="Montserrat"/>
        </w:rPr>
      </w:pPr>
    </w:p>
    <w:p w14:paraId="3AC7E1B6" w14:textId="77777777" w:rsidR="001A048F" w:rsidRPr="001A048F" w:rsidRDefault="001A048F">
      <w:pPr>
        <w:rPr>
          <w:rFonts w:ascii="Montserrat" w:hAnsi="Montserrat"/>
        </w:rPr>
      </w:pPr>
    </w:p>
    <w:p w14:paraId="027D0AED" w14:textId="77777777" w:rsidR="001A048F" w:rsidRPr="001A048F" w:rsidRDefault="001A048F">
      <w:pPr>
        <w:rPr>
          <w:rFonts w:ascii="Montserrat" w:hAnsi="Montserrat"/>
        </w:rPr>
      </w:pPr>
    </w:p>
    <w:p w14:paraId="5B4C1183" w14:textId="77777777" w:rsidR="001A048F" w:rsidRPr="001A048F" w:rsidRDefault="001A048F">
      <w:pPr>
        <w:rPr>
          <w:rFonts w:ascii="Montserrat" w:hAnsi="Montserrat"/>
        </w:rPr>
      </w:pPr>
    </w:p>
    <w:p w14:paraId="4E91F436" w14:textId="77777777" w:rsidR="001A048F" w:rsidRPr="001A048F" w:rsidRDefault="001A048F">
      <w:pPr>
        <w:rPr>
          <w:rFonts w:ascii="Montserrat" w:hAnsi="Montserrat"/>
        </w:rPr>
      </w:pPr>
    </w:p>
    <w:p w14:paraId="0A1FE7FC" w14:textId="77777777" w:rsidR="001A048F" w:rsidRPr="001A048F" w:rsidRDefault="001A048F">
      <w:pPr>
        <w:rPr>
          <w:rFonts w:ascii="Montserrat" w:hAnsi="Montserrat"/>
        </w:rPr>
      </w:pPr>
    </w:p>
    <w:p w14:paraId="51798AD0" w14:textId="77777777" w:rsidR="001A048F" w:rsidRPr="001A048F" w:rsidRDefault="001A048F">
      <w:pPr>
        <w:rPr>
          <w:rFonts w:ascii="Montserrat" w:hAnsi="Montserrat"/>
        </w:rPr>
      </w:pPr>
    </w:p>
    <w:p w14:paraId="2A8C5E96" w14:textId="77777777" w:rsidR="001A048F" w:rsidRPr="001A048F" w:rsidRDefault="001A048F">
      <w:pPr>
        <w:rPr>
          <w:rFonts w:ascii="Montserrat" w:hAnsi="Montserrat"/>
        </w:rPr>
      </w:pPr>
    </w:p>
    <w:p w14:paraId="5D45AB9D" w14:textId="77777777" w:rsidR="001A048F" w:rsidRPr="001A048F" w:rsidRDefault="001A048F">
      <w:pPr>
        <w:rPr>
          <w:rFonts w:ascii="Montserrat" w:hAnsi="Montserrat"/>
        </w:rPr>
      </w:pPr>
    </w:p>
    <w:p w14:paraId="21F5B3BE" w14:textId="77777777" w:rsidR="001A048F" w:rsidRPr="001A048F" w:rsidRDefault="001A048F">
      <w:pPr>
        <w:rPr>
          <w:rFonts w:ascii="Montserrat" w:hAnsi="Montserrat"/>
        </w:rPr>
      </w:pPr>
    </w:p>
    <w:p w14:paraId="32A54D45" w14:textId="77777777" w:rsidR="00EB3E4C" w:rsidRPr="001A048F" w:rsidRDefault="001A048F">
      <w:pPr>
        <w:pStyle w:val="Heading2"/>
        <w:jc w:val="center"/>
        <w:rPr>
          <w:rFonts w:ascii="Montserrat" w:hAnsi="Montserrat"/>
          <w:color w:val="auto"/>
        </w:rPr>
      </w:pPr>
      <w:r w:rsidRPr="001A048F">
        <w:rPr>
          <w:rFonts w:ascii="Montserrat" w:hAnsi="Montserrat"/>
          <w:color w:val="auto"/>
        </w:rPr>
        <w:t>Scenario 8</w:t>
      </w:r>
    </w:p>
    <w:p w14:paraId="0A922C9B" w14:textId="1384BE9E" w:rsidR="00EB3E4C" w:rsidRPr="001A048F" w:rsidRDefault="001A048F">
      <w:pPr>
        <w:jc w:val="center"/>
        <w:rPr>
          <w:rFonts w:ascii="Montserrat" w:hAnsi="Montserrat"/>
        </w:rPr>
      </w:pPr>
      <w:r w:rsidRPr="001A048F">
        <w:rPr>
          <w:rFonts w:ascii="Montserrat" w:hAnsi="Montserrat"/>
          <w:sz w:val="32"/>
        </w:rPr>
        <w:t>A sibling uses a metal butter knife to dig a stuck bagel out of the toaster while it</w:t>
      </w:r>
      <w:r w:rsidR="0048750A">
        <w:rPr>
          <w:rFonts w:ascii="Montserrat" w:hAnsi="Montserrat"/>
          <w:sz w:val="32"/>
        </w:rPr>
        <w:t>’</w:t>
      </w:r>
      <w:r w:rsidRPr="001A048F">
        <w:rPr>
          <w:rFonts w:ascii="Montserrat" w:hAnsi="Montserrat"/>
          <w:sz w:val="32"/>
        </w:rPr>
        <w:t>s still plugged in.</w:t>
      </w:r>
    </w:p>
    <w:p w14:paraId="24C5F64D" w14:textId="77777777" w:rsidR="00EB3E4C" w:rsidRPr="001A048F" w:rsidRDefault="001A048F">
      <w:pPr>
        <w:rPr>
          <w:rFonts w:ascii="Montserrat" w:hAnsi="Montserrat"/>
        </w:rPr>
      </w:pPr>
      <w:r w:rsidRPr="001A048F">
        <w:rPr>
          <w:rFonts w:ascii="Montserrat" w:hAnsi="Montserrat"/>
        </w:rPr>
        <w:br w:type="page"/>
      </w:r>
    </w:p>
    <w:p w14:paraId="5986A018" w14:textId="77777777" w:rsidR="00EB3E4C" w:rsidRPr="001A048F" w:rsidRDefault="001A048F">
      <w:pPr>
        <w:pStyle w:val="Heading2"/>
        <w:jc w:val="center"/>
        <w:rPr>
          <w:rFonts w:ascii="Montserrat" w:hAnsi="Montserrat"/>
          <w:color w:val="auto"/>
        </w:rPr>
      </w:pPr>
      <w:r w:rsidRPr="001A048F">
        <w:rPr>
          <w:rFonts w:ascii="Montserrat" w:hAnsi="Montserrat"/>
          <w:color w:val="auto"/>
        </w:rPr>
        <w:lastRenderedPageBreak/>
        <w:t>Scenario 9</w:t>
      </w:r>
    </w:p>
    <w:p w14:paraId="1CB8946F" w14:textId="77777777" w:rsidR="00EB3E4C" w:rsidRPr="001A048F" w:rsidRDefault="001A048F">
      <w:pPr>
        <w:jc w:val="center"/>
        <w:rPr>
          <w:rFonts w:ascii="Montserrat" w:hAnsi="Montserrat"/>
        </w:rPr>
      </w:pPr>
      <w:r w:rsidRPr="001A048F">
        <w:rPr>
          <w:rFonts w:ascii="Montserrat" w:hAnsi="Montserrat"/>
          <w:sz w:val="32"/>
        </w:rPr>
        <w:t>A tool in the shop has a plug with the ground prong broken off. It still works, so someone plugs it in anyway.</w:t>
      </w:r>
    </w:p>
    <w:p w14:paraId="70232663" w14:textId="69FD3B37" w:rsidR="00EB3E4C" w:rsidRPr="001A048F" w:rsidRDefault="00EB3E4C">
      <w:pPr>
        <w:rPr>
          <w:rFonts w:ascii="Montserrat" w:hAnsi="Montserrat"/>
        </w:rPr>
      </w:pPr>
    </w:p>
    <w:p w14:paraId="477C171D" w14:textId="77777777" w:rsidR="001A048F" w:rsidRPr="001A048F" w:rsidRDefault="001A048F">
      <w:pPr>
        <w:rPr>
          <w:rFonts w:ascii="Montserrat" w:hAnsi="Montserrat"/>
        </w:rPr>
      </w:pPr>
    </w:p>
    <w:p w14:paraId="627A8134" w14:textId="77777777" w:rsidR="001A048F" w:rsidRPr="001A048F" w:rsidRDefault="001A048F">
      <w:pPr>
        <w:rPr>
          <w:rFonts w:ascii="Montserrat" w:hAnsi="Montserrat"/>
        </w:rPr>
      </w:pPr>
    </w:p>
    <w:p w14:paraId="06441F66" w14:textId="77777777" w:rsidR="001A048F" w:rsidRPr="001A048F" w:rsidRDefault="001A048F">
      <w:pPr>
        <w:rPr>
          <w:rFonts w:ascii="Montserrat" w:hAnsi="Montserrat"/>
        </w:rPr>
      </w:pPr>
    </w:p>
    <w:p w14:paraId="75353D81" w14:textId="77777777" w:rsidR="001A048F" w:rsidRPr="001A048F" w:rsidRDefault="001A048F">
      <w:pPr>
        <w:rPr>
          <w:rFonts w:ascii="Montserrat" w:hAnsi="Montserrat"/>
        </w:rPr>
      </w:pPr>
    </w:p>
    <w:p w14:paraId="17D53FDC" w14:textId="77777777" w:rsidR="001A048F" w:rsidRPr="001A048F" w:rsidRDefault="001A048F">
      <w:pPr>
        <w:rPr>
          <w:rFonts w:ascii="Montserrat" w:hAnsi="Montserrat"/>
        </w:rPr>
      </w:pPr>
    </w:p>
    <w:p w14:paraId="6B2BB806" w14:textId="77777777" w:rsidR="001A048F" w:rsidRPr="001A048F" w:rsidRDefault="001A048F">
      <w:pPr>
        <w:rPr>
          <w:rFonts w:ascii="Montserrat" w:hAnsi="Montserrat"/>
        </w:rPr>
      </w:pPr>
    </w:p>
    <w:p w14:paraId="306F6A45" w14:textId="77777777" w:rsidR="001A048F" w:rsidRPr="001A048F" w:rsidRDefault="001A048F">
      <w:pPr>
        <w:rPr>
          <w:rFonts w:ascii="Montserrat" w:hAnsi="Montserrat"/>
        </w:rPr>
      </w:pPr>
    </w:p>
    <w:p w14:paraId="3DB856A9" w14:textId="77777777" w:rsidR="001A048F" w:rsidRPr="001A048F" w:rsidRDefault="001A048F">
      <w:pPr>
        <w:rPr>
          <w:rFonts w:ascii="Montserrat" w:hAnsi="Montserrat"/>
        </w:rPr>
      </w:pPr>
    </w:p>
    <w:p w14:paraId="5691745C" w14:textId="77777777" w:rsidR="001A048F" w:rsidRPr="001A048F" w:rsidRDefault="001A048F">
      <w:pPr>
        <w:rPr>
          <w:rFonts w:ascii="Montserrat" w:hAnsi="Montserrat"/>
        </w:rPr>
      </w:pPr>
    </w:p>
    <w:p w14:paraId="5177685C" w14:textId="77777777" w:rsidR="001A048F" w:rsidRPr="001A048F" w:rsidRDefault="001A048F">
      <w:pPr>
        <w:rPr>
          <w:rFonts w:ascii="Montserrat" w:hAnsi="Montserrat"/>
        </w:rPr>
      </w:pPr>
    </w:p>
    <w:p w14:paraId="2189B7F7" w14:textId="77777777" w:rsidR="001A048F" w:rsidRPr="001A048F" w:rsidRDefault="001A048F">
      <w:pPr>
        <w:rPr>
          <w:rFonts w:ascii="Montserrat" w:hAnsi="Montserrat"/>
        </w:rPr>
      </w:pPr>
    </w:p>
    <w:p w14:paraId="0F84896C" w14:textId="77777777" w:rsidR="00EB3E4C" w:rsidRPr="001A048F" w:rsidRDefault="001A048F">
      <w:pPr>
        <w:pStyle w:val="Heading2"/>
        <w:jc w:val="center"/>
        <w:rPr>
          <w:rFonts w:ascii="Montserrat" w:hAnsi="Montserrat"/>
          <w:color w:val="auto"/>
        </w:rPr>
      </w:pPr>
      <w:r w:rsidRPr="001A048F">
        <w:rPr>
          <w:rFonts w:ascii="Montserrat" w:hAnsi="Montserrat"/>
          <w:color w:val="auto"/>
        </w:rPr>
        <w:t>Scenario 10</w:t>
      </w:r>
    </w:p>
    <w:p w14:paraId="6A98A59C" w14:textId="2220B7D1" w:rsidR="00EB3E4C" w:rsidRPr="001A048F" w:rsidRDefault="0038627E">
      <w:pPr>
        <w:jc w:val="center"/>
        <w:rPr>
          <w:rFonts w:ascii="Montserrat" w:hAnsi="Montserrat"/>
        </w:rPr>
      </w:pPr>
      <w:r>
        <w:rPr>
          <w:rFonts w:ascii="Montserrat" w:hAnsi="Montserrat"/>
          <w:sz w:val="32"/>
        </w:rPr>
        <w:t>Daniel</w:t>
      </w:r>
      <w:r w:rsidR="001A048F" w:rsidRPr="001A048F">
        <w:rPr>
          <w:rFonts w:ascii="Montserrat" w:hAnsi="Montserrat"/>
          <w:sz w:val="32"/>
        </w:rPr>
        <w:t xml:space="preserve"> charges </w:t>
      </w:r>
      <w:r>
        <w:rPr>
          <w:rFonts w:ascii="Montserrat" w:hAnsi="Montserrat"/>
          <w:sz w:val="32"/>
        </w:rPr>
        <w:t>his</w:t>
      </w:r>
      <w:r w:rsidRPr="001A048F">
        <w:rPr>
          <w:rFonts w:ascii="Montserrat" w:hAnsi="Montserrat"/>
          <w:sz w:val="32"/>
        </w:rPr>
        <w:t xml:space="preserve"> </w:t>
      </w:r>
      <w:r w:rsidR="001A048F" w:rsidRPr="001A048F">
        <w:rPr>
          <w:rFonts w:ascii="Montserrat" w:hAnsi="Montserrat"/>
          <w:sz w:val="32"/>
        </w:rPr>
        <w:t xml:space="preserve">phone at night but puts it under </w:t>
      </w:r>
      <w:r>
        <w:rPr>
          <w:rFonts w:ascii="Montserrat" w:hAnsi="Montserrat"/>
          <w:sz w:val="32"/>
        </w:rPr>
        <w:t>his</w:t>
      </w:r>
      <w:r w:rsidRPr="001A048F">
        <w:rPr>
          <w:rFonts w:ascii="Montserrat" w:hAnsi="Montserrat"/>
          <w:sz w:val="32"/>
        </w:rPr>
        <w:t xml:space="preserve"> </w:t>
      </w:r>
      <w:r w:rsidR="001A048F" w:rsidRPr="001A048F">
        <w:rPr>
          <w:rFonts w:ascii="Montserrat" w:hAnsi="Montserrat"/>
          <w:sz w:val="32"/>
        </w:rPr>
        <w:t xml:space="preserve">pillow so </w:t>
      </w:r>
      <w:r>
        <w:rPr>
          <w:rFonts w:ascii="Montserrat" w:hAnsi="Montserrat"/>
          <w:sz w:val="32"/>
        </w:rPr>
        <w:t>he</w:t>
      </w:r>
      <w:r w:rsidRPr="001A048F">
        <w:rPr>
          <w:rFonts w:ascii="Montserrat" w:hAnsi="Montserrat"/>
          <w:sz w:val="32"/>
        </w:rPr>
        <w:t xml:space="preserve"> </w:t>
      </w:r>
      <w:r w:rsidR="001A048F" w:rsidRPr="001A048F">
        <w:rPr>
          <w:rFonts w:ascii="Montserrat" w:hAnsi="Montserrat"/>
          <w:sz w:val="32"/>
        </w:rPr>
        <w:t>can hear messages vibrate while sleeping.</w:t>
      </w:r>
    </w:p>
    <w:sectPr w:rsidR="00EB3E4C" w:rsidRPr="001A048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35527490">
    <w:abstractNumId w:val="8"/>
  </w:num>
  <w:num w:numId="2" w16cid:durableId="1668512260">
    <w:abstractNumId w:val="6"/>
  </w:num>
  <w:num w:numId="3" w16cid:durableId="321743735">
    <w:abstractNumId w:val="5"/>
  </w:num>
  <w:num w:numId="4" w16cid:durableId="269245149">
    <w:abstractNumId w:val="4"/>
  </w:num>
  <w:num w:numId="5" w16cid:durableId="890460323">
    <w:abstractNumId w:val="7"/>
  </w:num>
  <w:num w:numId="6" w16cid:durableId="1717583599">
    <w:abstractNumId w:val="3"/>
  </w:num>
  <w:num w:numId="7" w16cid:durableId="1934699993">
    <w:abstractNumId w:val="2"/>
  </w:num>
  <w:num w:numId="8" w16cid:durableId="1779181529">
    <w:abstractNumId w:val="1"/>
  </w:num>
  <w:num w:numId="9" w16cid:durableId="1237977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A048F"/>
    <w:rsid w:val="00284E59"/>
    <w:rsid w:val="0029639D"/>
    <w:rsid w:val="00326F90"/>
    <w:rsid w:val="0038627E"/>
    <w:rsid w:val="0048750A"/>
    <w:rsid w:val="00555FAE"/>
    <w:rsid w:val="005F0F6F"/>
    <w:rsid w:val="007E3EF2"/>
    <w:rsid w:val="00856461"/>
    <w:rsid w:val="00946D6A"/>
    <w:rsid w:val="00AA1D8D"/>
    <w:rsid w:val="00B47730"/>
    <w:rsid w:val="00C537B0"/>
    <w:rsid w:val="00CB0664"/>
    <w:rsid w:val="00EB3E4C"/>
    <w:rsid w:val="00EF56A0"/>
    <w:rsid w:val="00FC693F"/>
    <w:rsid w:val="00FD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D7EC8E"/>
  <w14:defaultImageDpi w14:val="300"/>
  <w15:docId w15:val="{3DD25E10-4BD1-4D8E-A47C-C5FB75F29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on">
    <w:name w:val="Revision"/>
    <w:hidden/>
    <w:uiPriority w:val="99"/>
    <w:semiHidden/>
    <w:rsid w:val="00FD5B1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D5B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5B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5B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5B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5B1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214</Words>
  <Characters>978</Characters>
  <Application>Microsoft Office Word</Application>
  <DocSecurity>0</DocSecurity>
  <Lines>98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Pastir, Breanna</cp:lastModifiedBy>
  <cp:revision>9</cp:revision>
  <dcterms:created xsi:type="dcterms:W3CDTF">2025-06-12T16:45:00Z</dcterms:created>
  <dcterms:modified xsi:type="dcterms:W3CDTF">2025-12-18T15:56:00Z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4240a6e8-2d27-4925-949f-05a0d183441d</vt:lpwstr>
  </property>
</Properties>
</file>