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23E2" w14:textId="77777777" w:rsidR="00880360" w:rsidRPr="00763CFE" w:rsidRDefault="00880360" w:rsidP="00880360">
      <w:pPr>
        <w:jc w:val="center"/>
        <w:rPr>
          <w:rFonts w:ascii="Montserrat" w:hAnsi="Montserrat"/>
          <w:b/>
          <w:bCs/>
          <w:sz w:val="60"/>
          <w:szCs w:val="60"/>
        </w:rPr>
      </w:pPr>
      <w:r w:rsidRPr="00763CFE">
        <w:rPr>
          <w:rFonts w:ascii="Montserrat" w:hAnsi="Montserrat"/>
          <w:b/>
          <w:bCs/>
          <w:sz w:val="60"/>
          <w:szCs w:val="60"/>
        </w:rPr>
        <w:t>Supply Chain Career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63CFE" w:rsidRPr="00E84807" w14:paraId="5226B56F" w14:textId="77777777" w:rsidTr="002979A7">
        <w:tc>
          <w:tcPr>
            <w:tcW w:w="8856" w:type="dxa"/>
          </w:tcPr>
          <w:p w14:paraId="7E0CF52D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Agronomist</w:t>
            </w:r>
          </w:p>
        </w:tc>
      </w:tr>
      <w:tr w:rsidR="00763CFE" w:rsidRPr="00E84807" w14:paraId="7777E06C" w14:textId="77777777" w:rsidTr="002979A7">
        <w:tc>
          <w:tcPr>
            <w:tcW w:w="8856" w:type="dxa"/>
          </w:tcPr>
          <w:p w14:paraId="320B52E5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Seed Production Manager</w:t>
            </w:r>
          </w:p>
        </w:tc>
      </w:tr>
      <w:tr w:rsidR="00763CFE" w:rsidRPr="00E84807" w14:paraId="363F184C" w14:textId="77777777" w:rsidTr="002979A7">
        <w:tc>
          <w:tcPr>
            <w:tcW w:w="8856" w:type="dxa"/>
          </w:tcPr>
          <w:p w14:paraId="4CE98924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Greenhouse Technician</w:t>
            </w:r>
          </w:p>
        </w:tc>
      </w:tr>
      <w:tr w:rsidR="00763CFE" w:rsidRPr="00E84807" w14:paraId="2158A1A6" w14:textId="77777777" w:rsidTr="002979A7">
        <w:tc>
          <w:tcPr>
            <w:tcW w:w="8856" w:type="dxa"/>
          </w:tcPr>
          <w:p w14:paraId="2D93FCDE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Soil Scientist</w:t>
            </w:r>
          </w:p>
        </w:tc>
      </w:tr>
      <w:tr w:rsidR="00763CFE" w:rsidRPr="00E84807" w14:paraId="4A1EE2EB" w14:textId="77777777" w:rsidTr="002979A7">
        <w:tc>
          <w:tcPr>
            <w:tcW w:w="8856" w:type="dxa"/>
          </w:tcPr>
          <w:p w14:paraId="603E1E57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Plant Geneticist</w:t>
            </w:r>
          </w:p>
        </w:tc>
      </w:tr>
      <w:tr w:rsidR="00763CFE" w:rsidRPr="00E84807" w14:paraId="3E4C8435" w14:textId="77777777" w:rsidTr="002979A7">
        <w:tc>
          <w:tcPr>
            <w:tcW w:w="8856" w:type="dxa"/>
          </w:tcPr>
          <w:p w14:paraId="1DF4401E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Crop Consultant</w:t>
            </w:r>
          </w:p>
        </w:tc>
      </w:tr>
      <w:tr w:rsidR="00763CFE" w:rsidRPr="00E84807" w14:paraId="6B61AC39" w14:textId="77777777" w:rsidTr="002979A7">
        <w:tc>
          <w:tcPr>
            <w:tcW w:w="8856" w:type="dxa"/>
          </w:tcPr>
          <w:p w14:paraId="1878BFC5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Hydroponics Producer</w:t>
            </w:r>
          </w:p>
        </w:tc>
      </w:tr>
      <w:tr w:rsidR="00763CFE" w:rsidRPr="00E84807" w14:paraId="644A890B" w14:textId="77777777" w:rsidTr="002979A7">
        <w:tc>
          <w:tcPr>
            <w:tcW w:w="8856" w:type="dxa"/>
          </w:tcPr>
          <w:p w14:paraId="1D1907BC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Plant Breeder</w:t>
            </w:r>
          </w:p>
        </w:tc>
      </w:tr>
      <w:tr w:rsidR="00763CFE" w:rsidRPr="00E84807" w14:paraId="13EFAC2A" w14:textId="77777777" w:rsidTr="002979A7">
        <w:tc>
          <w:tcPr>
            <w:tcW w:w="8856" w:type="dxa"/>
          </w:tcPr>
          <w:p w14:paraId="1A784B5B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Turf Manager</w:t>
            </w:r>
          </w:p>
        </w:tc>
      </w:tr>
      <w:tr w:rsidR="00763CFE" w:rsidRPr="00E84807" w14:paraId="339F056C" w14:textId="77777777" w:rsidTr="002979A7">
        <w:tc>
          <w:tcPr>
            <w:tcW w:w="8856" w:type="dxa"/>
          </w:tcPr>
          <w:p w14:paraId="6CAC9362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Crop Scout</w:t>
            </w:r>
          </w:p>
        </w:tc>
      </w:tr>
      <w:tr w:rsidR="00763CFE" w:rsidRPr="00E84807" w14:paraId="6B7873DA" w14:textId="77777777" w:rsidTr="002979A7">
        <w:tc>
          <w:tcPr>
            <w:tcW w:w="8856" w:type="dxa"/>
          </w:tcPr>
          <w:p w14:paraId="769FCC95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Vegetable Grower</w:t>
            </w:r>
          </w:p>
        </w:tc>
      </w:tr>
      <w:tr w:rsidR="00763CFE" w:rsidRPr="00E84807" w14:paraId="59B1B14A" w14:textId="77777777" w:rsidTr="002979A7">
        <w:tc>
          <w:tcPr>
            <w:tcW w:w="8856" w:type="dxa"/>
          </w:tcPr>
          <w:p w14:paraId="070158A0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Tree Farm Manager</w:t>
            </w:r>
          </w:p>
        </w:tc>
      </w:tr>
      <w:tr w:rsidR="00763CFE" w:rsidRPr="00E84807" w14:paraId="2C60CBBC" w14:textId="77777777" w:rsidTr="002979A7">
        <w:tc>
          <w:tcPr>
            <w:tcW w:w="8856" w:type="dxa"/>
          </w:tcPr>
          <w:p w14:paraId="10EB4272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lastRenderedPageBreak/>
              <w:t>Food Processor</w:t>
            </w:r>
          </w:p>
        </w:tc>
      </w:tr>
      <w:tr w:rsidR="00763CFE" w:rsidRPr="00E84807" w14:paraId="4E40B4FD" w14:textId="77777777" w:rsidTr="002979A7">
        <w:tc>
          <w:tcPr>
            <w:tcW w:w="8856" w:type="dxa"/>
          </w:tcPr>
          <w:p w14:paraId="1874A73E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Product Development Manager</w:t>
            </w:r>
          </w:p>
        </w:tc>
      </w:tr>
      <w:tr w:rsidR="00763CFE" w:rsidRPr="00E84807" w14:paraId="06606C62" w14:textId="77777777" w:rsidTr="002979A7">
        <w:tc>
          <w:tcPr>
            <w:tcW w:w="8856" w:type="dxa"/>
          </w:tcPr>
          <w:p w14:paraId="236C21FB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Fermentation Scientist</w:t>
            </w:r>
          </w:p>
        </w:tc>
      </w:tr>
      <w:tr w:rsidR="00763CFE" w:rsidRPr="00E84807" w14:paraId="4BA3E2BD" w14:textId="77777777" w:rsidTr="002979A7">
        <w:tc>
          <w:tcPr>
            <w:tcW w:w="8856" w:type="dxa"/>
          </w:tcPr>
          <w:p w14:paraId="3C2AA90B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Post-Harvest Technician</w:t>
            </w:r>
          </w:p>
        </w:tc>
      </w:tr>
      <w:tr w:rsidR="00763CFE" w:rsidRPr="00E84807" w14:paraId="136BA1F6" w14:textId="77777777" w:rsidTr="002979A7">
        <w:tc>
          <w:tcPr>
            <w:tcW w:w="8856" w:type="dxa"/>
          </w:tcPr>
          <w:p w14:paraId="693E3B08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Organic Certification Specialist</w:t>
            </w:r>
          </w:p>
        </w:tc>
      </w:tr>
      <w:tr w:rsidR="00763CFE" w:rsidRPr="00E84807" w14:paraId="2E5CAD14" w14:textId="77777777" w:rsidTr="002979A7">
        <w:tc>
          <w:tcPr>
            <w:tcW w:w="8856" w:type="dxa"/>
          </w:tcPr>
          <w:p w14:paraId="23311E1B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Plant Pathologist</w:t>
            </w:r>
          </w:p>
        </w:tc>
      </w:tr>
      <w:tr w:rsidR="00763CFE" w:rsidRPr="00E84807" w14:paraId="2DAB3CD2" w14:textId="77777777" w:rsidTr="002979A7">
        <w:tc>
          <w:tcPr>
            <w:tcW w:w="8856" w:type="dxa"/>
          </w:tcPr>
          <w:p w14:paraId="3468A5BE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Entomologist</w:t>
            </w:r>
          </w:p>
        </w:tc>
      </w:tr>
      <w:tr w:rsidR="00763CFE" w:rsidRPr="00E84807" w14:paraId="176F1CAC" w14:textId="77777777" w:rsidTr="002979A7">
        <w:tc>
          <w:tcPr>
            <w:tcW w:w="8856" w:type="dxa"/>
          </w:tcPr>
          <w:p w14:paraId="1D49131E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Weed Scientist</w:t>
            </w:r>
          </w:p>
        </w:tc>
      </w:tr>
      <w:tr w:rsidR="00763CFE" w:rsidRPr="00E84807" w14:paraId="04858C71" w14:textId="77777777" w:rsidTr="002979A7">
        <w:tc>
          <w:tcPr>
            <w:tcW w:w="8856" w:type="dxa"/>
          </w:tcPr>
          <w:p w14:paraId="1CABC3DC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Truck Driver</w:t>
            </w:r>
          </w:p>
        </w:tc>
      </w:tr>
      <w:tr w:rsidR="00763CFE" w:rsidRPr="00E84807" w14:paraId="74E2AA4E" w14:textId="77777777" w:rsidTr="002979A7">
        <w:tc>
          <w:tcPr>
            <w:tcW w:w="8856" w:type="dxa"/>
          </w:tcPr>
          <w:p w14:paraId="12698366" w14:textId="3B223BCE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Agricultur</w:t>
            </w:r>
            <w:r w:rsidR="00F636E0">
              <w:rPr>
                <w:rFonts w:ascii="Montserrat" w:hAnsi="Montserrat"/>
                <w:color w:val="auto"/>
              </w:rPr>
              <w:t>e</w:t>
            </w:r>
            <w:r w:rsidRPr="00E84807">
              <w:rPr>
                <w:rFonts w:ascii="Montserrat" w:hAnsi="Montserrat"/>
                <w:color w:val="auto"/>
              </w:rPr>
              <w:t xml:space="preserve"> Pilot (Aerial Applicator)</w:t>
            </w:r>
          </w:p>
        </w:tc>
      </w:tr>
      <w:tr w:rsidR="00763CFE" w:rsidRPr="00E84807" w14:paraId="10BB8992" w14:textId="77777777" w:rsidTr="002979A7">
        <w:tc>
          <w:tcPr>
            <w:tcW w:w="8856" w:type="dxa"/>
          </w:tcPr>
          <w:p w14:paraId="36AC72C4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Grain Elevator Operator</w:t>
            </w:r>
          </w:p>
        </w:tc>
      </w:tr>
      <w:tr w:rsidR="00763CFE" w:rsidRPr="00E84807" w14:paraId="67370CAF" w14:textId="77777777" w:rsidTr="002979A7">
        <w:tc>
          <w:tcPr>
            <w:tcW w:w="8856" w:type="dxa"/>
          </w:tcPr>
          <w:p w14:paraId="05995AA5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lastRenderedPageBreak/>
              <w:t>Agricultural Equipment Technician</w:t>
            </w:r>
          </w:p>
        </w:tc>
      </w:tr>
      <w:tr w:rsidR="00763CFE" w:rsidRPr="00E84807" w14:paraId="695FCE38" w14:textId="77777777" w:rsidTr="002979A7">
        <w:tc>
          <w:tcPr>
            <w:tcW w:w="8856" w:type="dxa"/>
          </w:tcPr>
          <w:p w14:paraId="45EE7DE0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Storage Manager</w:t>
            </w:r>
          </w:p>
        </w:tc>
      </w:tr>
      <w:tr w:rsidR="00763CFE" w:rsidRPr="00E84807" w14:paraId="43C6AFCE" w14:textId="77777777" w:rsidTr="002979A7">
        <w:tc>
          <w:tcPr>
            <w:tcW w:w="8856" w:type="dxa"/>
          </w:tcPr>
          <w:p w14:paraId="1B771E00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Distribution Manager</w:t>
            </w:r>
          </w:p>
        </w:tc>
      </w:tr>
      <w:tr w:rsidR="00763CFE" w:rsidRPr="00E84807" w14:paraId="6E0F6314" w14:textId="77777777" w:rsidTr="002979A7">
        <w:tc>
          <w:tcPr>
            <w:tcW w:w="8856" w:type="dxa"/>
          </w:tcPr>
          <w:p w14:paraId="38534874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Grocery Store Manager</w:t>
            </w:r>
          </w:p>
        </w:tc>
      </w:tr>
      <w:tr w:rsidR="00763CFE" w:rsidRPr="00E84807" w14:paraId="70B26568" w14:textId="77777777" w:rsidTr="002979A7">
        <w:tc>
          <w:tcPr>
            <w:tcW w:w="8856" w:type="dxa"/>
          </w:tcPr>
          <w:p w14:paraId="5F58E768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Florist</w:t>
            </w:r>
          </w:p>
        </w:tc>
      </w:tr>
      <w:tr w:rsidR="00763CFE" w:rsidRPr="00E84807" w14:paraId="3E01A71F" w14:textId="77777777" w:rsidTr="002979A7">
        <w:tc>
          <w:tcPr>
            <w:tcW w:w="8856" w:type="dxa"/>
          </w:tcPr>
          <w:p w14:paraId="06E944D1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Landscape Designer</w:t>
            </w:r>
          </w:p>
        </w:tc>
      </w:tr>
      <w:tr w:rsidR="00763CFE" w:rsidRPr="00E84807" w14:paraId="06CC3C6D" w14:textId="77777777" w:rsidTr="002979A7">
        <w:tc>
          <w:tcPr>
            <w:tcW w:w="8856" w:type="dxa"/>
          </w:tcPr>
          <w:p w14:paraId="607515A5" w14:textId="77777777" w:rsidR="00763CFE" w:rsidRPr="00E84807" w:rsidRDefault="00763CFE" w:rsidP="002979A7">
            <w:pPr>
              <w:pStyle w:val="Title"/>
              <w:pBdr>
                <w:bottom w:val="none" w:sz="0" w:space="0" w:color="auto"/>
              </w:pBdr>
              <w:jc w:val="center"/>
              <w:rPr>
                <w:rFonts w:ascii="Montserrat" w:hAnsi="Montserrat"/>
                <w:color w:val="auto"/>
              </w:rPr>
            </w:pPr>
            <w:r w:rsidRPr="00E84807">
              <w:rPr>
                <w:rFonts w:ascii="Montserrat" w:hAnsi="Montserrat"/>
                <w:color w:val="auto"/>
              </w:rPr>
              <w:t>Nursery Manager</w:t>
            </w:r>
          </w:p>
        </w:tc>
      </w:tr>
    </w:tbl>
    <w:p w14:paraId="33252522" w14:textId="00E8CCFF" w:rsidR="00ED664A" w:rsidRPr="00880360" w:rsidRDefault="00ED664A" w:rsidP="00763CFE">
      <w:pPr>
        <w:rPr>
          <w:rFonts w:ascii="Montserrat" w:hAnsi="Montserrat"/>
          <w:sz w:val="18"/>
          <w:szCs w:val="18"/>
        </w:rPr>
      </w:pPr>
    </w:p>
    <w:sectPr w:rsidR="00ED664A" w:rsidRPr="008803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1768437">
    <w:abstractNumId w:val="8"/>
  </w:num>
  <w:num w:numId="2" w16cid:durableId="891238252">
    <w:abstractNumId w:val="6"/>
  </w:num>
  <w:num w:numId="3" w16cid:durableId="1467357969">
    <w:abstractNumId w:val="5"/>
  </w:num>
  <w:num w:numId="4" w16cid:durableId="1131438487">
    <w:abstractNumId w:val="4"/>
  </w:num>
  <w:num w:numId="5" w16cid:durableId="1386291480">
    <w:abstractNumId w:val="7"/>
  </w:num>
  <w:num w:numId="6" w16cid:durableId="946735144">
    <w:abstractNumId w:val="3"/>
  </w:num>
  <w:num w:numId="7" w16cid:durableId="912280762">
    <w:abstractNumId w:val="2"/>
  </w:num>
  <w:num w:numId="8" w16cid:durableId="1799491068">
    <w:abstractNumId w:val="1"/>
  </w:num>
  <w:num w:numId="9" w16cid:durableId="70984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E4A6B"/>
    <w:rsid w:val="00763CFE"/>
    <w:rsid w:val="00880360"/>
    <w:rsid w:val="00AA1D8D"/>
    <w:rsid w:val="00AB38CB"/>
    <w:rsid w:val="00B47730"/>
    <w:rsid w:val="00CB0664"/>
    <w:rsid w:val="00CD2B0F"/>
    <w:rsid w:val="00ED664A"/>
    <w:rsid w:val="00F636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45C42A"/>
  <w14:defaultImageDpi w14:val="300"/>
  <w15:docId w15:val="{76D790A9-FBC4-4766-BEEF-3C1CC98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Haley Hampton</cp:lastModifiedBy>
  <cp:revision>3</cp:revision>
  <dcterms:created xsi:type="dcterms:W3CDTF">2025-04-28T16:34:00Z</dcterms:created>
  <dcterms:modified xsi:type="dcterms:W3CDTF">2025-07-08T03:05:00Z</dcterms:modified>
  <cp:category/>
</cp:coreProperties>
</file>