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7116" w14:textId="32944BAF" w:rsidR="00F06658" w:rsidRPr="00E63294" w:rsidRDefault="00E63294" w:rsidP="00E63294">
      <w:pPr>
        <w:pStyle w:val="Title"/>
        <w:tabs>
          <w:tab w:val="center" w:pos="4320"/>
          <w:tab w:val="right" w:pos="8640"/>
        </w:tabs>
        <w:rPr>
          <w:rFonts w:ascii="Montserrat" w:hAnsi="Montserrat"/>
          <w:b/>
          <w:bCs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ab/>
      </w:r>
      <w:r w:rsidRPr="00E63294">
        <w:rPr>
          <w:rFonts w:ascii="Montserrat" w:hAnsi="Montserrat"/>
          <w:color w:val="auto"/>
          <w:sz w:val="18"/>
          <w:szCs w:val="18"/>
        </w:rPr>
        <w:t xml:space="preserve"> </w:t>
      </w:r>
      <w:r w:rsidRPr="00E63294">
        <w:rPr>
          <w:rFonts w:ascii="Montserrat" w:hAnsi="Montserrat"/>
          <w:b/>
          <w:bCs/>
          <w:color w:val="auto"/>
          <w:sz w:val="18"/>
          <w:szCs w:val="18"/>
        </w:rPr>
        <w:t>Supply Chain Relay Race Challenge Cards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1B547B" w14:paraId="7A57BDCA" w14:textId="77777777" w:rsidTr="00E63294">
        <w:tc>
          <w:tcPr>
            <w:tcW w:w="2952" w:type="dxa"/>
          </w:tcPr>
          <w:p w14:paraId="38FE4372" w14:textId="77777777" w:rsidR="00E63294" w:rsidRPr="00E63294" w:rsidRDefault="00E63294" w:rsidP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lastRenderedPageBreak/>
              <w:t>Production Challenge:</w:t>
            </w:r>
          </w:p>
          <w:p w14:paraId="0D6E2C68" w14:textId="1B9C7EC6" w:rsidR="00E63294" w:rsidRPr="00E63294" w:rsidRDefault="00E63294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Heavy Rain: 10 jumping jacks to simulate fieldwork in mud.</w:t>
            </w:r>
          </w:p>
          <w:p w14:paraId="51D82697" w14:textId="77777777" w:rsidR="00E63294" w:rsidRDefault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952" w:type="dxa"/>
          </w:tcPr>
          <w:p w14:paraId="7E6FFFB9" w14:textId="2E04888D" w:rsidR="00E63294" w:rsidRPr="00E63294" w:rsidRDefault="00E63294" w:rsidP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Production Challenge:</w:t>
            </w:r>
          </w:p>
          <w:p w14:paraId="29B25AD6" w14:textId="6BB8F859" w:rsidR="00E63294" w:rsidRPr="00E63294" w:rsidRDefault="00E63294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P</w:t>
            </w:r>
            <w:r w:rsidRPr="00E63294">
              <w:rPr>
                <w:rFonts w:ascii="Montserrat" w:hAnsi="Montserrat"/>
                <w:sz w:val="18"/>
                <w:szCs w:val="18"/>
              </w:rPr>
              <w:t>est Attack: Name two pests that damage crops before moving</w:t>
            </w:r>
            <w:r w:rsidR="000351C4">
              <w:rPr>
                <w:rFonts w:ascii="Montserrat" w:hAnsi="Montserrat"/>
                <w:sz w:val="18"/>
                <w:szCs w:val="18"/>
              </w:rPr>
              <w:t xml:space="preserve"> to the next station</w:t>
            </w:r>
            <w:r w:rsidRPr="00E63294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6C4D543B" w14:textId="77777777" w:rsidR="00E63294" w:rsidRDefault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952" w:type="dxa"/>
          </w:tcPr>
          <w:p w14:paraId="19FC75CF" w14:textId="557FF8E9" w:rsidR="00E63294" w:rsidRPr="00E63294" w:rsidRDefault="00E63294" w:rsidP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Production Challenge:</w:t>
            </w:r>
          </w:p>
          <w:p w14:paraId="0540369B" w14:textId="3F7C873C" w:rsidR="00E63294" w:rsidRPr="00E63294" w:rsidRDefault="00E63294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 xml:space="preserve">Soil Erosion: Crab walk from </w:t>
            </w:r>
            <w:r w:rsidR="000351C4">
              <w:rPr>
                <w:rFonts w:ascii="Montserrat" w:hAnsi="Montserrat"/>
                <w:sz w:val="18"/>
                <w:szCs w:val="18"/>
              </w:rPr>
              <w:t>the beginning</w:t>
            </w:r>
            <w:r w:rsidR="000351C4" w:rsidRPr="00E63294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E63294">
              <w:rPr>
                <w:rFonts w:ascii="Montserrat" w:hAnsi="Montserrat"/>
                <w:sz w:val="18"/>
                <w:szCs w:val="18"/>
              </w:rPr>
              <w:t>of this station</w:t>
            </w:r>
            <w:r w:rsidR="000351C4">
              <w:rPr>
                <w:rFonts w:ascii="Montserrat" w:hAnsi="Montserrat"/>
                <w:sz w:val="18"/>
                <w:szCs w:val="18"/>
              </w:rPr>
              <w:t xml:space="preserve"> to the end of this station</w:t>
            </w:r>
            <w:r w:rsidRPr="00E63294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6DA5526B" w14:textId="77777777" w:rsidR="00E63294" w:rsidRDefault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  <w:tr w:rsidR="001B547B" w14:paraId="22F81383" w14:textId="77777777" w:rsidTr="00E63294">
        <w:tc>
          <w:tcPr>
            <w:tcW w:w="2952" w:type="dxa"/>
          </w:tcPr>
          <w:p w14:paraId="17F9724E" w14:textId="3D52D9D7" w:rsidR="00E63294" w:rsidRPr="00E63294" w:rsidRDefault="00E63294" w:rsidP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Production Challenge:</w:t>
            </w:r>
          </w:p>
          <w:p w14:paraId="57A2D7A0" w14:textId="5F4F8681" w:rsidR="00E63294" w:rsidRPr="00E63294" w:rsidRDefault="00E63294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Broken Tractor: Pretend to drive (slow motion) around cones.</w:t>
            </w:r>
          </w:p>
          <w:p w14:paraId="1318F661" w14:textId="77777777" w:rsidR="00E63294" w:rsidRDefault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952" w:type="dxa"/>
          </w:tcPr>
          <w:p w14:paraId="36584F27" w14:textId="59BB696C" w:rsidR="00E63294" w:rsidRPr="00E63294" w:rsidRDefault="00E63294" w:rsidP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Production Challenge:</w:t>
            </w:r>
          </w:p>
          <w:p w14:paraId="3FB0B4CA" w14:textId="6B742262" w:rsidR="00E63294" w:rsidRDefault="00E63294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Extreme Heat: Walk slowly with exaggerated wiping of forehead.</w:t>
            </w:r>
          </w:p>
        </w:tc>
        <w:tc>
          <w:tcPr>
            <w:tcW w:w="2952" w:type="dxa"/>
          </w:tcPr>
          <w:p w14:paraId="676ED442" w14:textId="06919736" w:rsidR="00E63294" w:rsidRPr="00E63294" w:rsidRDefault="00E63294" w:rsidP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Production Challenge:</w:t>
            </w:r>
          </w:p>
          <w:p w14:paraId="21D1D7C6" w14:textId="561D51CB" w:rsidR="00E63294" w:rsidRPr="00E63294" w:rsidRDefault="00E63294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Drought Season: Hop on one foot halfway before switching feet.</w:t>
            </w:r>
          </w:p>
          <w:p w14:paraId="79148325" w14:textId="77777777" w:rsidR="00E63294" w:rsidRDefault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</w:tr>
      <w:tr w:rsidR="001B547B" w14:paraId="6A5B5A11" w14:textId="77777777" w:rsidTr="00E63294">
        <w:tc>
          <w:tcPr>
            <w:tcW w:w="2952" w:type="dxa"/>
          </w:tcPr>
          <w:p w14:paraId="5766F7EA" w14:textId="19D9346A" w:rsidR="00E63294" w:rsidRPr="00E63294" w:rsidRDefault="00E63294" w:rsidP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Production Challenge:</w:t>
            </w:r>
          </w:p>
          <w:p w14:paraId="2441AA45" w14:textId="275CED5A" w:rsidR="00E63294" w:rsidRPr="00E63294" w:rsidRDefault="00E63294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 xml:space="preserve">Crop Disease: Freeze for </w:t>
            </w:r>
            <w:r w:rsidR="000351C4">
              <w:rPr>
                <w:rFonts w:ascii="Montserrat" w:hAnsi="Montserrat"/>
                <w:sz w:val="18"/>
                <w:szCs w:val="18"/>
              </w:rPr>
              <w:t>five</w:t>
            </w:r>
            <w:r w:rsidR="000351C4" w:rsidRPr="00E63294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E63294">
              <w:rPr>
                <w:rFonts w:ascii="Montserrat" w:hAnsi="Montserrat"/>
                <w:sz w:val="18"/>
                <w:szCs w:val="18"/>
              </w:rPr>
              <w:t>seconds mid-station before moving.</w:t>
            </w:r>
          </w:p>
          <w:p w14:paraId="22113FD0" w14:textId="77777777" w:rsidR="00E63294" w:rsidRDefault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952" w:type="dxa"/>
          </w:tcPr>
          <w:p w14:paraId="10816EE6" w14:textId="4D68A874" w:rsidR="00E63294" w:rsidRPr="00E63294" w:rsidRDefault="00E63294" w:rsidP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Production Challenge:</w:t>
            </w:r>
          </w:p>
          <w:p w14:paraId="0AC9E363" w14:textId="54B96AA4" w:rsidR="00E63294" w:rsidRDefault="00E63294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Bird Scare: Flap your arms like wings while moving forward!</w:t>
            </w:r>
          </w:p>
        </w:tc>
        <w:tc>
          <w:tcPr>
            <w:tcW w:w="2952" w:type="dxa"/>
          </w:tcPr>
          <w:p w14:paraId="415E2D9D" w14:textId="6C58D964" w:rsidR="00E63294" w:rsidRPr="00E63294" w:rsidRDefault="00E63294" w:rsidP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Processing Challenge:</w:t>
            </w:r>
          </w:p>
          <w:p w14:paraId="7E24F1C0" w14:textId="2CC21F1F" w:rsidR="00E63294" w:rsidRDefault="00E63294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Recipe Error: Shout a random vegetable name loudly.</w:t>
            </w:r>
          </w:p>
        </w:tc>
      </w:tr>
      <w:tr w:rsidR="001B547B" w14:paraId="680BC05C" w14:textId="77777777" w:rsidTr="00E63294">
        <w:tc>
          <w:tcPr>
            <w:tcW w:w="2952" w:type="dxa"/>
          </w:tcPr>
          <w:p w14:paraId="475F0B96" w14:textId="36F3FA73" w:rsidR="00E63294" w:rsidRPr="00E63294" w:rsidRDefault="00E63294" w:rsidP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Processing Challenge:</w:t>
            </w:r>
          </w:p>
          <w:p w14:paraId="4D9B402D" w14:textId="37402AD9" w:rsidR="00E63294" w:rsidRDefault="00E63294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Jammed Conveyor Belt: Carry product between elbows, no hands.</w:t>
            </w:r>
          </w:p>
        </w:tc>
        <w:tc>
          <w:tcPr>
            <w:tcW w:w="2952" w:type="dxa"/>
          </w:tcPr>
          <w:p w14:paraId="17112FDD" w14:textId="4ADC5078" w:rsidR="00E63294" w:rsidRPr="00E63294" w:rsidRDefault="00E63294" w:rsidP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Processing Challenge:</w:t>
            </w:r>
          </w:p>
          <w:p w14:paraId="57F9DDCE" w14:textId="3106FC38" w:rsidR="00E63294" w:rsidRDefault="00E63294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 xml:space="preserve">Food Safety Check: Say </w:t>
            </w:r>
            <w:r w:rsidR="000351C4">
              <w:rPr>
                <w:rFonts w:ascii="Montserrat" w:hAnsi="Montserrat"/>
                <w:sz w:val="18"/>
                <w:szCs w:val="18"/>
              </w:rPr>
              <w:t>“</w:t>
            </w:r>
            <w:r w:rsidRPr="00E63294">
              <w:rPr>
                <w:rFonts w:ascii="Montserrat" w:hAnsi="Montserrat"/>
                <w:sz w:val="18"/>
                <w:szCs w:val="18"/>
              </w:rPr>
              <w:t>clean, cook, chill, separate</w:t>
            </w:r>
            <w:r w:rsidR="000351C4">
              <w:rPr>
                <w:rFonts w:ascii="Montserrat" w:hAnsi="Montserrat"/>
                <w:sz w:val="18"/>
                <w:szCs w:val="18"/>
              </w:rPr>
              <w:t>”</w:t>
            </w:r>
            <w:r w:rsidRPr="00E63294">
              <w:rPr>
                <w:rFonts w:ascii="Montserrat" w:hAnsi="Montserrat"/>
                <w:sz w:val="18"/>
                <w:szCs w:val="18"/>
              </w:rPr>
              <w:t xml:space="preserve"> before moving</w:t>
            </w:r>
            <w:r w:rsidR="000351C4">
              <w:rPr>
                <w:rFonts w:ascii="Montserrat" w:hAnsi="Montserrat"/>
                <w:sz w:val="18"/>
                <w:szCs w:val="18"/>
              </w:rPr>
              <w:t xml:space="preserve"> to the next station</w:t>
            </w:r>
            <w:r w:rsidRPr="00E63294">
              <w:rPr>
                <w:rFonts w:ascii="Montserrat" w:hAnsi="Montserrat"/>
                <w:sz w:val="18"/>
                <w:szCs w:val="18"/>
              </w:rPr>
              <w:t>.</w:t>
            </w:r>
          </w:p>
        </w:tc>
        <w:tc>
          <w:tcPr>
            <w:tcW w:w="2952" w:type="dxa"/>
          </w:tcPr>
          <w:p w14:paraId="7B654188" w14:textId="0B15ED55" w:rsidR="00E63294" w:rsidRPr="00E63294" w:rsidRDefault="00E63294" w:rsidP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Processing Challenge:</w:t>
            </w:r>
          </w:p>
          <w:p w14:paraId="27BF1169" w14:textId="735E8040" w:rsidR="00E63294" w:rsidRDefault="00E63294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Package Ripped: Fix/rewrap the package before proceeding.</w:t>
            </w:r>
          </w:p>
        </w:tc>
      </w:tr>
      <w:tr w:rsidR="001B547B" w14:paraId="62E47084" w14:textId="77777777" w:rsidTr="00E63294">
        <w:tc>
          <w:tcPr>
            <w:tcW w:w="2952" w:type="dxa"/>
          </w:tcPr>
          <w:p w14:paraId="3A49BDC5" w14:textId="256FBA79" w:rsidR="00E63294" w:rsidRPr="00E63294" w:rsidRDefault="00E63294" w:rsidP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Processing Challenge:</w:t>
            </w:r>
          </w:p>
          <w:p w14:paraId="3A020675" w14:textId="3538429A" w:rsidR="00E63294" w:rsidRPr="00E63294" w:rsidRDefault="00E63294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Packing Rush: Wrap the product with one hand only.</w:t>
            </w:r>
          </w:p>
          <w:p w14:paraId="25DF73BF" w14:textId="77777777" w:rsidR="00E63294" w:rsidRDefault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952" w:type="dxa"/>
          </w:tcPr>
          <w:p w14:paraId="3786B63E" w14:textId="5B464775" w:rsidR="00E63294" w:rsidRPr="00E63294" w:rsidRDefault="00E63294" w:rsidP="00E63294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Processing Challenge:</w:t>
            </w:r>
          </w:p>
          <w:p w14:paraId="08683690" w14:textId="4411388A" w:rsidR="00E63294" w:rsidRDefault="00E63294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 xml:space="preserve">Inspection Delay: Do a funny </w:t>
            </w:r>
            <w:r w:rsidR="000351C4">
              <w:rPr>
                <w:rFonts w:ascii="Montserrat" w:hAnsi="Montserrat"/>
                <w:sz w:val="18"/>
                <w:szCs w:val="18"/>
              </w:rPr>
              <w:t>“</w:t>
            </w:r>
            <w:r w:rsidRPr="00E63294">
              <w:rPr>
                <w:rFonts w:ascii="Montserrat" w:hAnsi="Montserrat"/>
                <w:sz w:val="18"/>
                <w:szCs w:val="18"/>
              </w:rPr>
              <w:t>inspection dance</w:t>
            </w:r>
            <w:r w:rsidR="000351C4">
              <w:rPr>
                <w:rFonts w:ascii="Montserrat" w:hAnsi="Montserrat"/>
                <w:sz w:val="18"/>
                <w:szCs w:val="18"/>
              </w:rPr>
              <w:t>”</w:t>
            </w:r>
            <w:r w:rsidRPr="00E63294">
              <w:rPr>
                <w:rFonts w:ascii="Montserrat" w:hAnsi="Montserrat"/>
                <w:sz w:val="18"/>
                <w:szCs w:val="18"/>
              </w:rPr>
              <w:t xml:space="preserve"> at station.</w:t>
            </w:r>
          </w:p>
        </w:tc>
        <w:tc>
          <w:tcPr>
            <w:tcW w:w="2952" w:type="dxa"/>
          </w:tcPr>
          <w:p w14:paraId="75511A2C" w14:textId="089ED6F1" w:rsidR="001B547B" w:rsidRPr="00E63294" w:rsidRDefault="001B547B" w:rsidP="001B547B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Transportation Challenge:</w:t>
            </w:r>
          </w:p>
          <w:p w14:paraId="2101F36D" w14:textId="63B2D9AD" w:rsidR="00E63294" w:rsidRDefault="001B547B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Traffic Jam: Walk backward to the next station.</w:t>
            </w:r>
          </w:p>
        </w:tc>
      </w:tr>
      <w:tr w:rsidR="001B547B" w14:paraId="42E359BA" w14:textId="77777777" w:rsidTr="00E63294">
        <w:tc>
          <w:tcPr>
            <w:tcW w:w="2952" w:type="dxa"/>
          </w:tcPr>
          <w:p w14:paraId="5C515303" w14:textId="7F41B663" w:rsidR="001B547B" w:rsidRPr="00E63294" w:rsidRDefault="001B547B" w:rsidP="001B547B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Transportation Challenge:</w:t>
            </w:r>
          </w:p>
          <w:p w14:paraId="70BD6293" w14:textId="24927F96" w:rsidR="00E63294" w:rsidRDefault="001B547B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Road Detour: Take an extra lap around an obstacle.</w:t>
            </w:r>
          </w:p>
        </w:tc>
        <w:tc>
          <w:tcPr>
            <w:tcW w:w="2952" w:type="dxa"/>
          </w:tcPr>
          <w:p w14:paraId="2DFFA082" w14:textId="69EBEA5B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Transportation Challenge:</w:t>
            </w:r>
          </w:p>
          <w:p w14:paraId="2C7B8D73" w14:textId="507D74D8" w:rsidR="00E63294" w:rsidRDefault="00931285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Flat Tire: Hop on one foot to the next station.</w:t>
            </w:r>
          </w:p>
        </w:tc>
        <w:tc>
          <w:tcPr>
            <w:tcW w:w="2952" w:type="dxa"/>
          </w:tcPr>
          <w:p w14:paraId="48893250" w14:textId="17300C6E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Transportation Challenge:</w:t>
            </w:r>
          </w:p>
          <w:p w14:paraId="1AEE4BEC" w14:textId="6F85A879" w:rsidR="00E63294" w:rsidRDefault="00931285" w:rsidP="00E63294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Lost Shipment: Retrace one step backward before proceeding.</w:t>
            </w:r>
          </w:p>
        </w:tc>
      </w:tr>
      <w:tr w:rsidR="00931285" w14:paraId="4F273F96" w14:textId="77777777" w:rsidTr="00E63294">
        <w:tc>
          <w:tcPr>
            <w:tcW w:w="2952" w:type="dxa"/>
          </w:tcPr>
          <w:p w14:paraId="333050CD" w14:textId="788EE39B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Transportation Challenge:</w:t>
            </w:r>
          </w:p>
          <w:p w14:paraId="73106016" w14:textId="575426E0" w:rsidR="00931285" w:rsidRPr="00E63294" w:rsidRDefault="00931285" w:rsidP="00931285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Customs Checkpoint: High-five the teacher before moving on.</w:t>
            </w:r>
          </w:p>
        </w:tc>
        <w:tc>
          <w:tcPr>
            <w:tcW w:w="2952" w:type="dxa"/>
          </w:tcPr>
          <w:p w14:paraId="70CEBD62" w14:textId="07CB995C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Transportation Challenge:</w:t>
            </w:r>
          </w:p>
          <w:p w14:paraId="46445881" w14:textId="5F55AFFE" w:rsidR="00931285" w:rsidRPr="00E63294" w:rsidRDefault="00931285" w:rsidP="00931285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 xml:space="preserve">Map Error: Spin around </w:t>
            </w:r>
            <w:r w:rsidR="000351C4">
              <w:rPr>
                <w:rFonts w:ascii="Montserrat" w:hAnsi="Montserrat"/>
                <w:sz w:val="18"/>
                <w:szCs w:val="18"/>
              </w:rPr>
              <w:t>three</w:t>
            </w:r>
            <w:r w:rsidR="000351C4" w:rsidRPr="00E63294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E63294">
              <w:rPr>
                <w:rFonts w:ascii="Montserrat" w:hAnsi="Montserrat"/>
                <w:sz w:val="18"/>
                <w:szCs w:val="18"/>
              </w:rPr>
              <w:t>times before moving forward.</w:t>
            </w:r>
          </w:p>
          <w:p w14:paraId="56431AA9" w14:textId="77777777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952" w:type="dxa"/>
          </w:tcPr>
          <w:p w14:paraId="20C94C5D" w14:textId="754D7D8F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 xml:space="preserve">Storage </w:t>
            </w:r>
            <w:r w:rsidR="000351C4">
              <w:rPr>
                <w:rFonts w:ascii="Montserrat" w:hAnsi="Montserrat"/>
                <w:color w:val="auto"/>
                <w:sz w:val="18"/>
                <w:szCs w:val="18"/>
              </w:rPr>
              <w:t>and</w:t>
            </w:r>
            <w:r w:rsidR="000351C4" w:rsidRPr="00E63294">
              <w:rPr>
                <w:rFonts w:ascii="Montserrat" w:hAnsi="Montserrat"/>
                <w:color w:val="auto"/>
                <w:sz w:val="18"/>
                <w:szCs w:val="18"/>
              </w:rPr>
              <w:t xml:space="preserve"> </w:t>
            </w: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Distribution Challenge:</w:t>
            </w:r>
          </w:p>
          <w:p w14:paraId="6762AA2C" w14:textId="2D9A0065" w:rsidR="00931285" w:rsidRPr="00E63294" w:rsidRDefault="00931285" w:rsidP="00931285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Power Outage: Balance product on tray with one finger.</w:t>
            </w:r>
          </w:p>
        </w:tc>
      </w:tr>
      <w:tr w:rsidR="00931285" w14:paraId="3DE43AF2" w14:textId="77777777" w:rsidTr="00E63294">
        <w:tc>
          <w:tcPr>
            <w:tcW w:w="2952" w:type="dxa"/>
          </w:tcPr>
          <w:p w14:paraId="497E85DF" w14:textId="38D6D26F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lastRenderedPageBreak/>
              <w:t xml:space="preserve"> Storage </w:t>
            </w:r>
            <w:r w:rsidR="000351C4">
              <w:rPr>
                <w:rFonts w:ascii="Montserrat" w:hAnsi="Montserrat"/>
                <w:color w:val="auto"/>
                <w:sz w:val="18"/>
                <w:szCs w:val="18"/>
              </w:rPr>
              <w:t>and</w:t>
            </w:r>
            <w:r w:rsidR="000351C4" w:rsidRPr="00E63294">
              <w:rPr>
                <w:rFonts w:ascii="Montserrat" w:hAnsi="Montserrat"/>
                <w:color w:val="auto"/>
                <w:sz w:val="18"/>
                <w:szCs w:val="18"/>
              </w:rPr>
              <w:t xml:space="preserve"> </w:t>
            </w: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Distribution Challenge:</w:t>
            </w:r>
          </w:p>
          <w:p w14:paraId="15E28BF7" w14:textId="7F69BE69" w:rsidR="00931285" w:rsidRPr="00E63294" w:rsidRDefault="00931285" w:rsidP="00931285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Freezer Malfunction: Pretend to shiver all the way through.</w:t>
            </w:r>
          </w:p>
          <w:p w14:paraId="35B8366C" w14:textId="77777777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</w:p>
        </w:tc>
        <w:tc>
          <w:tcPr>
            <w:tcW w:w="2952" w:type="dxa"/>
          </w:tcPr>
          <w:p w14:paraId="6B42F4CA" w14:textId="2453ACFD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 xml:space="preserve">Storage </w:t>
            </w:r>
            <w:r w:rsidR="000351C4">
              <w:rPr>
                <w:rFonts w:ascii="Montserrat" w:hAnsi="Montserrat"/>
                <w:color w:val="auto"/>
                <w:sz w:val="18"/>
                <w:szCs w:val="18"/>
              </w:rPr>
              <w:t>and</w:t>
            </w:r>
            <w:r w:rsidR="000351C4" w:rsidRPr="00E63294">
              <w:rPr>
                <w:rFonts w:ascii="Montserrat" w:hAnsi="Montserrat"/>
                <w:color w:val="auto"/>
                <w:sz w:val="18"/>
                <w:szCs w:val="18"/>
              </w:rPr>
              <w:t xml:space="preserve"> </w:t>
            </w: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Distribution Challenge:</w:t>
            </w:r>
          </w:p>
          <w:p w14:paraId="770CABDE" w14:textId="39203662" w:rsidR="00931285" w:rsidRPr="00E63294" w:rsidRDefault="00931285" w:rsidP="00931285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 xml:space="preserve">Warehouse Backup: Wait </w:t>
            </w:r>
            <w:r w:rsidR="000351C4">
              <w:rPr>
                <w:rFonts w:ascii="Montserrat" w:hAnsi="Montserrat"/>
                <w:sz w:val="18"/>
                <w:szCs w:val="18"/>
              </w:rPr>
              <w:t>five</w:t>
            </w:r>
            <w:r w:rsidR="000351C4" w:rsidRPr="00E63294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E63294">
              <w:rPr>
                <w:rFonts w:ascii="Montserrat" w:hAnsi="Montserrat"/>
                <w:sz w:val="18"/>
                <w:szCs w:val="18"/>
              </w:rPr>
              <w:t>seconds before moving.</w:t>
            </w:r>
          </w:p>
        </w:tc>
        <w:tc>
          <w:tcPr>
            <w:tcW w:w="2952" w:type="dxa"/>
          </w:tcPr>
          <w:p w14:paraId="5418F952" w14:textId="23D32A97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 xml:space="preserve">Storage </w:t>
            </w:r>
            <w:r w:rsidR="000351C4">
              <w:rPr>
                <w:rFonts w:ascii="Montserrat" w:hAnsi="Montserrat"/>
                <w:color w:val="auto"/>
                <w:sz w:val="18"/>
                <w:szCs w:val="18"/>
              </w:rPr>
              <w:t>and</w:t>
            </w:r>
            <w:r w:rsidR="000351C4" w:rsidRPr="00E63294">
              <w:rPr>
                <w:rFonts w:ascii="Montserrat" w:hAnsi="Montserrat"/>
                <w:color w:val="auto"/>
                <w:sz w:val="18"/>
                <w:szCs w:val="18"/>
              </w:rPr>
              <w:t xml:space="preserve"> </w:t>
            </w: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Distribution Challenge:</w:t>
            </w:r>
          </w:p>
          <w:p w14:paraId="3C2A4D4C" w14:textId="259E9E91" w:rsidR="00931285" w:rsidRPr="00E63294" w:rsidRDefault="00931285" w:rsidP="00931285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Heavy Crate: Carry product low, near ankles.</w:t>
            </w:r>
          </w:p>
        </w:tc>
      </w:tr>
      <w:tr w:rsidR="00931285" w14:paraId="13E8E75D" w14:textId="77777777" w:rsidTr="00E63294">
        <w:tc>
          <w:tcPr>
            <w:tcW w:w="2952" w:type="dxa"/>
          </w:tcPr>
          <w:p w14:paraId="03999F8D" w14:textId="7715A64A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 xml:space="preserve">Storage </w:t>
            </w:r>
            <w:r w:rsidR="000351C4">
              <w:rPr>
                <w:rFonts w:ascii="Montserrat" w:hAnsi="Montserrat"/>
                <w:color w:val="auto"/>
                <w:sz w:val="18"/>
                <w:szCs w:val="18"/>
              </w:rPr>
              <w:t>and</w:t>
            </w:r>
            <w:r w:rsidR="000351C4" w:rsidRPr="00E63294">
              <w:rPr>
                <w:rFonts w:ascii="Montserrat" w:hAnsi="Montserrat"/>
                <w:color w:val="auto"/>
                <w:sz w:val="18"/>
                <w:szCs w:val="18"/>
              </w:rPr>
              <w:t xml:space="preserve"> </w:t>
            </w: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Distribution Challenge:</w:t>
            </w:r>
          </w:p>
          <w:p w14:paraId="20ADE700" w14:textId="357FE036" w:rsidR="00931285" w:rsidRPr="00E63294" w:rsidRDefault="00931285" w:rsidP="00931285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Delayed Truck: Slow motion walk through the station.</w:t>
            </w:r>
          </w:p>
        </w:tc>
        <w:tc>
          <w:tcPr>
            <w:tcW w:w="2952" w:type="dxa"/>
          </w:tcPr>
          <w:p w14:paraId="119CA36B" w14:textId="14995102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 xml:space="preserve">Storage </w:t>
            </w:r>
            <w:r w:rsidR="000351C4">
              <w:rPr>
                <w:rFonts w:ascii="Montserrat" w:hAnsi="Montserrat"/>
                <w:color w:val="auto"/>
                <w:sz w:val="18"/>
                <w:szCs w:val="18"/>
              </w:rPr>
              <w:t>and</w:t>
            </w:r>
            <w:r w:rsidR="000351C4" w:rsidRPr="00E63294">
              <w:rPr>
                <w:rFonts w:ascii="Montserrat" w:hAnsi="Montserrat"/>
                <w:color w:val="auto"/>
                <w:sz w:val="18"/>
                <w:szCs w:val="18"/>
              </w:rPr>
              <w:t xml:space="preserve"> </w:t>
            </w: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Distribution Challenge:</w:t>
            </w:r>
          </w:p>
          <w:p w14:paraId="4A83B28E" w14:textId="299C2E52" w:rsidR="00931285" w:rsidRPr="00E63294" w:rsidRDefault="00931285" w:rsidP="00931285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 xml:space="preserve">Expired Goods: Shout </w:t>
            </w:r>
            <w:r w:rsidR="000351C4">
              <w:rPr>
                <w:rFonts w:ascii="Montserrat" w:hAnsi="Montserrat"/>
                <w:sz w:val="18"/>
                <w:szCs w:val="18"/>
              </w:rPr>
              <w:t>“</w:t>
            </w:r>
            <w:r w:rsidRPr="00E63294">
              <w:rPr>
                <w:rFonts w:ascii="Montserrat" w:hAnsi="Montserrat"/>
                <w:sz w:val="18"/>
                <w:szCs w:val="18"/>
              </w:rPr>
              <w:t>Fresh food only!</w:t>
            </w:r>
            <w:r w:rsidR="000351C4">
              <w:rPr>
                <w:rFonts w:ascii="Montserrat" w:hAnsi="Montserrat"/>
                <w:sz w:val="18"/>
                <w:szCs w:val="18"/>
              </w:rPr>
              <w:t>”</w:t>
            </w:r>
            <w:r w:rsidRPr="00E63294">
              <w:rPr>
                <w:rFonts w:ascii="Montserrat" w:hAnsi="Montserrat"/>
                <w:sz w:val="18"/>
                <w:szCs w:val="18"/>
              </w:rPr>
              <w:t xml:space="preserve"> before moving.</w:t>
            </w:r>
          </w:p>
        </w:tc>
        <w:tc>
          <w:tcPr>
            <w:tcW w:w="2952" w:type="dxa"/>
          </w:tcPr>
          <w:p w14:paraId="4EFAAC04" w14:textId="7B057D37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Retail Challenge:</w:t>
            </w:r>
          </w:p>
          <w:p w14:paraId="3965DD55" w14:textId="7FAEB25E" w:rsidR="00931285" w:rsidRPr="00E63294" w:rsidRDefault="00931285" w:rsidP="00931285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Holiday Rush: Move double-time to the finish line.</w:t>
            </w:r>
          </w:p>
        </w:tc>
      </w:tr>
      <w:tr w:rsidR="00931285" w14:paraId="06FCE469" w14:textId="77777777" w:rsidTr="00E63294">
        <w:tc>
          <w:tcPr>
            <w:tcW w:w="2952" w:type="dxa"/>
          </w:tcPr>
          <w:p w14:paraId="5157BB06" w14:textId="4ED4F990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Retail Challenge:</w:t>
            </w:r>
          </w:p>
          <w:p w14:paraId="546BB2EE" w14:textId="67A9D894" w:rsidR="00931285" w:rsidRPr="00E63294" w:rsidRDefault="00931285" w:rsidP="00423A36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 xml:space="preserve">Out of Stock: Pretend to restock shelves (stack </w:t>
            </w:r>
            <w:r w:rsidR="000351C4">
              <w:rPr>
                <w:rFonts w:ascii="Montserrat" w:hAnsi="Montserrat"/>
                <w:sz w:val="18"/>
                <w:szCs w:val="18"/>
              </w:rPr>
              <w:t>three</w:t>
            </w:r>
            <w:r w:rsidR="000351C4" w:rsidRPr="00E63294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E63294">
              <w:rPr>
                <w:rFonts w:ascii="Montserrat" w:hAnsi="Montserrat"/>
                <w:sz w:val="18"/>
                <w:szCs w:val="18"/>
              </w:rPr>
              <w:t>objects).</w:t>
            </w:r>
          </w:p>
        </w:tc>
        <w:tc>
          <w:tcPr>
            <w:tcW w:w="2952" w:type="dxa"/>
          </w:tcPr>
          <w:p w14:paraId="608ADFE5" w14:textId="38A4F15E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Retail Challenge:</w:t>
            </w:r>
          </w:p>
          <w:p w14:paraId="42BC2CE0" w14:textId="4C0AE0FB" w:rsidR="00931285" w:rsidRPr="00E63294" w:rsidRDefault="00931285" w:rsidP="00423A36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 xml:space="preserve">Angry Customer: Improvise a </w:t>
            </w:r>
            <w:r w:rsidR="000351C4">
              <w:rPr>
                <w:rFonts w:ascii="Montserrat" w:hAnsi="Montserrat"/>
                <w:sz w:val="18"/>
                <w:szCs w:val="18"/>
              </w:rPr>
              <w:t>“</w:t>
            </w:r>
            <w:r w:rsidRPr="00E63294">
              <w:rPr>
                <w:rFonts w:ascii="Montserrat" w:hAnsi="Montserrat"/>
                <w:sz w:val="18"/>
                <w:szCs w:val="18"/>
              </w:rPr>
              <w:t>sorry</w:t>
            </w:r>
            <w:r w:rsidR="000351C4">
              <w:rPr>
                <w:rFonts w:ascii="Montserrat" w:hAnsi="Montserrat"/>
                <w:sz w:val="18"/>
                <w:szCs w:val="18"/>
              </w:rPr>
              <w:t>”</w:t>
            </w:r>
            <w:r w:rsidRPr="00E63294">
              <w:rPr>
                <w:rFonts w:ascii="Montserrat" w:hAnsi="Montserrat"/>
                <w:sz w:val="18"/>
                <w:szCs w:val="18"/>
              </w:rPr>
              <w:t xml:space="preserve"> message in </w:t>
            </w:r>
            <w:r w:rsidR="000351C4">
              <w:rPr>
                <w:rFonts w:ascii="Montserrat" w:hAnsi="Montserrat"/>
                <w:sz w:val="18"/>
                <w:szCs w:val="18"/>
              </w:rPr>
              <w:t>five</w:t>
            </w:r>
            <w:r w:rsidR="000351C4" w:rsidRPr="00E63294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E63294">
              <w:rPr>
                <w:rFonts w:ascii="Montserrat" w:hAnsi="Montserrat"/>
                <w:sz w:val="18"/>
                <w:szCs w:val="18"/>
              </w:rPr>
              <w:t>seconds.</w:t>
            </w:r>
          </w:p>
        </w:tc>
        <w:tc>
          <w:tcPr>
            <w:tcW w:w="2952" w:type="dxa"/>
          </w:tcPr>
          <w:p w14:paraId="0546D8F4" w14:textId="0F396186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Retail Challenge:</w:t>
            </w:r>
          </w:p>
          <w:p w14:paraId="4812741A" w14:textId="6D2FE303" w:rsidR="00931285" w:rsidRPr="00E63294" w:rsidRDefault="00931285" w:rsidP="00423A36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Grand Opening: Do a ribbon-cutting motion before proceeding.</w:t>
            </w:r>
          </w:p>
        </w:tc>
      </w:tr>
      <w:tr w:rsidR="00931285" w14:paraId="5DD84E08" w14:textId="77777777" w:rsidTr="00E63294">
        <w:tc>
          <w:tcPr>
            <w:tcW w:w="2952" w:type="dxa"/>
          </w:tcPr>
          <w:p w14:paraId="0A8AEC1C" w14:textId="6F11C9C4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Retail Challenge:</w:t>
            </w:r>
          </w:p>
          <w:p w14:paraId="7A1144A3" w14:textId="56896C41" w:rsidR="00931285" w:rsidRPr="00931285" w:rsidRDefault="00931285" w:rsidP="00931285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 xml:space="preserve">Coupon Crazy: Shout </w:t>
            </w:r>
            <w:r w:rsidR="000351C4">
              <w:rPr>
                <w:rFonts w:ascii="Montserrat" w:hAnsi="Montserrat"/>
                <w:sz w:val="18"/>
                <w:szCs w:val="18"/>
              </w:rPr>
              <w:t>“</w:t>
            </w:r>
            <w:r w:rsidRPr="00E63294">
              <w:rPr>
                <w:rFonts w:ascii="Montserrat" w:hAnsi="Montserrat"/>
                <w:sz w:val="18"/>
                <w:szCs w:val="18"/>
              </w:rPr>
              <w:t>Buy one get one free!</w:t>
            </w:r>
            <w:r w:rsidR="000351C4">
              <w:rPr>
                <w:rFonts w:ascii="Montserrat" w:hAnsi="Montserrat"/>
                <w:sz w:val="18"/>
                <w:szCs w:val="18"/>
              </w:rPr>
              <w:t>”</w:t>
            </w:r>
            <w:r w:rsidRPr="00E63294">
              <w:rPr>
                <w:rFonts w:ascii="Montserrat" w:hAnsi="Montserrat"/>
                <w:sz w:val="18"/>
                <w:szCs w:val="18"/>
              </w:rPr>
              <w:t xml:space="preserve"> before crossing finish.</w:t>
            </w:r>
          </w:p>
        </w:tc>
        <w:tc>
          <w:tcPr>
            <w:tcW w:w="2952" w:type="dxa"/>
          </w:tcPr>
          <w:p w14:paraId="78584FE8" w14:textId="34CE880E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Retail Challenge:</w:t>
            </w:r>
          </w:p>
          <w:p w14:paraId="03831595" w14:textId="019713C5" w:rsidR="00931285" w:rsidRPr="00931285" w:rsidRDefault="00931285" w:rsidP="00931285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Manager</w:t>
            </w:r>
            <w:r w:rsidR="000351C4">
              <w:rPr>
                <w:rFonts w:ascii="Montserrat" w:hAnsi="Montserrat"/>
                <w:sz w:val="18"/>
                <w:szCs w:val="18"/>
              </w:rPr>
              <w:t>’</w:t>
            </w:r>
            <w:r w:rsidRPr="00E63294">
              <w:rPr>
                <w:rFonts w:ascii="Montserrat" w:hAnsi="Montserrat"/>
                <w:sz w:val="18"/>
                <w:szCs w:val="18"/>
              </w:rPr>
              <w:t>s Challenge: Bow dramatically to your team leader before finishing.</w:t>
            </w:r>
          </w:p>
        </w:tc>
        <w:tc>
          <w:tcPr>
            <w:tcW w:w="2952" w:type="dxa"/>
          </w:tcPr>
          <w:p w14:paraId="18A84F68" w14:textId="42108C8D" w:rsidR="00931285" w:rsidRPr="00E63294" w:rsidRDefault="00931285" w:rsidP="00931285">
            <w:pPr>
              <w:pStyle w:val="Heading2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E63294">
              <w:rPr>
                <w:rFonts w:ascii="Montserrat" w:hAnsi="Montserrat"/>
                <w:color w:val="auto"/>
                <w:sz w:val="18"/>
                <w:szCs w:val="18"/>
              </w:rPr>
              <w:t>Retail Challenge:</w:t>
            </w:r>
          </w:p>
          <w:p w14:paraId="0BFAFB5D" w14:textId="0D00471B" w:rsidR="00931285" w:rsidRPr="00E63294" w:rsidRDefault="00931285" w:rsidP="00931285">
            <w:pPr>
              <w:spacing w:after="480"/>
              <w:rPr>
                <w:rFonts w:ascii="Montserrat" w:hAnsi="Montserrat"/>
                <w:sz w:val="18"/>
                <w:szCs w:val="18"/>
              </w:rPr>
            </w:pPr>
            <w:r w:rsidRPr="00E63294">
              <w:rPr>
                <w:rFonts w:ascii="Montserrat" w:hAnsi="Montserrat"/>
                <w:sz w:val="18"/>
                <w:szCs w:val="18"/>
              </w:rPr>
              <w:t>Product Recall: Carefully carry product above head level.</w:t>
            </w:r>
          </w:p>
          <w:p w14:paraId="56DFAC0D" w14:textId="77777777" w:rsidR="00931285" w:rsidRPr="00E63294" w:rsidRDefault="00931285" w:rsidP="00931285">
            <w:pPr>
              <w:pStyle w:val="Heading2"/>
              <w:rPr>
                <w:rFonts w:ascii="Segoe UI Emoji" w:hAnsi="Segoe UI Emoji" w:cs="Segoe UI Emoji"/>
                <w:color w:val="auto"/>
                <w:sz w:val="18"/>
                <w:szCs w:val="18"/>
              </w:rPr>
            </w:pPr>
          </w:p>
        </w:tc>
      </w:tr>
    </w:tbl>
    <w:p w14:paraId="6A714E6F" w14:textId="2C255158" w:rsidR="00F06658" w:rsidRPr="00E63294" w:rsidRDefault="00000000" w:rsidP="00931285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E63294">
        <w:rPr>
          <w:rFonts w:ascii="Montserrat" w:hAnsi="Montserrat"/>
          <w:color w:val="auto"/>
          <w:sz w:val="18"/>
          <w:szCs w:val="18"/>
        </w:rPr>
        <w:t xml:space="preserve"> </w:t>
      </w:r>
    </w:p>
    <w:p w14:paraId="66444406" w14:textId="6D372397" w:rsidR="00F06658" w:rsidRPr="00E63294" w:rsidRDefault="00F06658">
      <w:pPr>
        <w:spacing w:after="480"/>
        <w:rPr>
          <w:rFonts w:ascii="Montserrat" w:hAnsi="Montserrat"/>
          <w:sz w:val="18"/>
          <w:szCs w:val="18"/>
        </w:rPr>
      </w:pPr>
    </w:p>
    <w:sectPr w:rsidR="00F06658" w:rsidRPr="00E6329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34DE3" w14:textId="77777777" w:rsidR="00BD6C5B" w:rsidRDefault="00BD6C5B" w:rsidP="007F4CAB">
      <w:pPr>
        <w:spacing w:after="0" w:line="240" w:lineRule="auto"/>
      </w:pPr>
      <w:r>
        <w:separator/>
      </w:r>
    </w:p>
  </w:endnote>
  <w:endnote w:type="continuationSeparator" w:id="0">
    <w:p w14:paraId="34DE6E74" w14:textId="77777777" w:rsidR="00BD6C5B" w:rsidRDefault="00BD6C5B" w:rsidP="007F4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101D" w14:textId="77777777" w:rsidR="00BD6C5B" w:rsidRDefault="00BD6C5B" w:rsidP="007F4CAB">
      <w:pPr>
        <w:spacing w:after="0" w:line="240" w:lineRule="auto"/>
      </w:pPr>
      <w:r>
        <w:separator/>
      </w:r>
    </w:p>
  </w:footnote>
  <w:footnote w:type="continuationSeparator" w:id="0">
    <w:p w14:paraId="53EB9346" w14:textId="77777777" w:rsidR="00BD6C5B" w:rsidRDefault="00BD6C5B" w:rsidP="007F4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7944468">
    <w:abstractNumId w:val="8"/>
  </w:num>
  <w:num w:numId="2" w16cid:durableId="396898352">
    <w:abstractNumId w:val="6"/>
  </w:num>
  <w:num w:numId="3" w16cid:durableId="101995696">
    <w:abstractNumId w:val="5"/>
  </w:num>
  <w:num w:numId="4" w16cid:durableId="214582819">
    <w:abstractNumId w:val="4"/>
  </w:num>
  <w:num w:numId="5" w16cid:durableId="2038462905">
    <w:abstractNumId w:val="7"/>
  </w:num>
  <w:num w:numId="6" w16cid:durableId="1945840032">
    <w:abstractNumId w:val="3"/>
  </w:num>
  <w:num w:numId="7" w16cid:durableId="691685771">
    <w:abstractNumId w:val="2"/>
  </w:num>
  <w:num w:numId="8" w16cid:durableId="612975800">
    <w:abstractNumId w:val="1"/>
  </w:num>
  <w:num w:numId="9" w16cid:durableId="19407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1C4"/>
    <w:rsid w:val="0006063C"/>
    <w:rsid w:val="0015074B"/>
    <w:rsid w:val="001B547B"/>
    <w:rsid w:val="00235ADC"/>
    <w:rsid w:val="0029639D"/>
    <w:rsid w:val="00326F90"/>
    <w:rsid w:val="003952BB"/>
    <w:rsid w:val="003C24E7"/>
    <w:rsid w:val="00423A36"/>
    <w:rsid w:val="007F4CAB"/>
    <w:rsid w:val="00931285"/>
    <w:rsid w:val="00AA1D8D"/>
    <w:rsid w:val="00AB38CB"/>
    <w:rsid w:val="00B02643"/>
    <w:rsid w:val="00B47730"/>
    <w:rsid w:val="00BD6C5B"/>
    <w:rsid w:val="00CB0664"/>
    <w:rsid w:val="00E4599E"/>
    <w:rsid w:val="00E63294"/>
    <w:rsid w:val="00F066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84F3FF"/>
  <w14:defaultImageDpi w14:val="300"/>
  <w15:docId w15:val="{76D790A9-FBC4-4766-BEEF-3C1CC987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0351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Pastir, Breanna</cp:lastModifiedBy>
  <cp:revision>8</cp:revision>
  <dcterms:created xsi:type="dcterms:W3CDTF">2025-04-29T14:50:00Z</dcterms:created>
  <dcterms:modified xsi:type="dcterms:W3CDTF">2025-07-08T15:36:00Z</dcterms:modified>
  <cp:category/>
</cp:coreProperties>
</file>